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DD1CA8" w14:textId="74EB2025" w:rsidR="006648B4" w:rsidRDefault="006648B4" w:rsidP="00E1667A">
      <w:pPr>
        <w:spacing w:after="0"/>
        <w:jc w:val="center"/>
        <w:rPr>
          <w:rFonts w:ascii="Arial" w:hAnsi="Arial" w:cs="Arial"/>
          <w:b/>
          <w:bCs/>
          <w:sz w:val="20"/>
          <w:szCs w:val="20"/>
          <w:lang w:val="es-PE"/>
        </w:rPr>
      </w:pPr>
      <w:r>
        <w:rPr>
          <w:rFonts w:ascii="Arial" w:hAnsi="Arial" w:cs="Arial"/>
          <w:b/>
          <w:bCs/>
          <w:noProof/>
          <w:sz w:val="20"/>
          <w:szCs w:val="20"/>
          <w:lang w:val="es-PE"/>
        </w:rPr>
        <w:drawing>
          <wp:anchor distT="0" distB="0" distL="114300" distR="114300" simplePos="0" relativeHeight="251658240" behindDoc="0" locked="0" layoutInCell="1" allowOverlap="1" wp14:anchorId="4C7B5672" wp14:editId="5D8F6A8E">
            <wp:simplePos x="0" y="0"/>
            <wp:positionH relativeFrom="column">
              <wp:posOffset>7197</wp:posOffset>
            </wp:positionH>
            <wp:positionV relativeFrom="paragraph">
              <wp:posOffset>100965</wp:posOffset>
            </wp:positionV>
            <wp:extent cx="497817" cy="601133"/>
            <wp:effectExtent l="0" t="0" r="0" b="8890"/>
            <wp:wrapNone/>
            <wp:docPr id="1151589927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1589927" name="Imagen 1151589927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97817" cy="60113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b/>
          <w:bCs/>
          <w:noProof/>
          <w:sz w:val="20"/>
          <w:szCs w:val="20"/>
          <w:lang w:val="es-PE"/>
        </w:rPr>
        <w:drawing>
          <wp:anchor distT="0" distB="0" distL="114300" distR="114300" simplePos="0" relativeHeight="251659264" behindDoc="0" locked="0" layoutInCell="1" allowOverlap="1" wp14:anchorId="3083426B" wp14:editId="16260338">
            <wp:simplePos x="0" y="0"/>
            <wp:positionH relativeFrom="column">
              <wp:posOffset>5742305</wp:posOffset>
            </wp:positionH>
            <wp:positionV relativeFrom="paragraph">
              <wp:posOffset>-635</wp:posOffset>
            </wp:positionV>
            <wp:extent cx="564915" cy="579966"/>
            <wp:effectExtent l="0" t="0" r="6985" b="0"/>
            <wp:wrapNone/>
            <wp:docPr id="713126275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3126275" name="Imagen 713126275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4915" cy="57996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0F8065A" w14:textId="65848F7E" w:rsidR="006648B4" w:rsidRDefault="006648B4" w:rsidP="00E1667A">
      <w:pPr>
        <w:spacing w:after="0"/>
        <w:jc w:val="center"/>
        <w:rPr>
          <w:rFonts w:ascii="Arial" w:hAnsi="Arial" w:cs="Arial"/>
          <w:b/>
          <w:bCs/>
          <w:sz w:val="20"/>
          <w:szCs w:val="20"/>
          <w:lang w:val="es-PE"/>
        </w:rPr>
      </w:pPr>
    </w:p>
    <w:p w14:paraId="1664C4A6" w14:textId="2E130E48" w:rsidR="006648B4" w:rsidRDefault="006648B4" w:rsidP="00E1667A">
      <w:pPr>
        <w:spacing w:after="0"/>
        <w:jc w:val="center"/>
        <w:rPr>
          <w:rFonts w:ascii="Arial" w:hAnsi="Arial" w:cs="Arial"/>
          <w:b/>
          <w:bCs/>
          <w:sz w:val="20"/>
          <w:szCs w:val="20"/>
          <w:lang w:val="es-PE"/>
        </w:rPr>
      </w:pPr>
    </w:p>
    <w:p w14:paraId="45632810" w14:textId="2AD33421" w:rsidR="006648B4" w:rsidRDefault="006648B4" w:rsidP="00E1667A">
      <w:pPr>
        <w:spacing w:after="0"/>
        <w:jc w:val="center"/>
        <w:rPr>
          <w:rFonts w:ascii="Arial" w:hAnsi="Arial" w:cs="Arial"/>
          <w:b/>
          <w:bCs/>
          <w:sz w:val="20"/>
          <w:szCs w:val="20"/>
          <w:lang w:val="es-PE"/>
        </w:rPr>
      </w:pPr>
    </w:p>
    <w:p w14:paraId="177942AC" w14:textId="766DBD15" w:rsidR="00296281" w:rsidRPr="00E1667A" w:rsidRDefault="00000000" w:rsidP="00E1667A">
      <w:pPr>
        <w:spacing w:after="0"/>
        <w:jc w:val="center"/>
        <w:rPr>
          <w:rFonts w:ascii="Arial" w:hAnsi="Arial" w:cs="Arial"/>
          <w:b/>
          <w:bCs/>
          <w:sz w:val="20"/>
          <w:szCs w:val="20"/>
          <w:lang w:val="es-PE"/>
        </w:rPr>
      </w:pPr>
      <w:r w:rsidRPr="00E1667A">
        <w:rPr>
          <w:rFonts w:ascii="Arial" w:hAnsi="Arial" w:cs="Arial"/>
          <w:b/>
          <w:bCs/>
          <w:sz w:val="20"/>
          <w:szCs w:val="20"/>
          <w:lang w:val="es-PE"/>
        </w:rPr>
        <w:t>FICHA DE TRABAJO</w:t>
      </w:r>
      <w:r w:rsidR="00E1667A">
        <w:rPr>
          <w:rFonts w:ascii="Arial" w:hAnsi="Arial" w:cs="Arial"/>
          <w:b/>
          <w:bCs/>
          <w:sz w:val="20"/>
          <w:szCs w:val="20"/>
          <w:lang w:val="es-PE"/>
        </w:rPr>
        <w:t xml:space="preserve"> N°1</w:t>
      </w:r>
    </w:p>
    <w:p w14:paraId="21FF7EE7" w14:textId="21C5DCE3" w:rsidR="00296281" w:rsidRPr="00E1667A" w:rsidRDefault="00000000" w:rsidP="006648B4">
      <w:pPr>
        <w:pBdr>
          <w:bottom w:val="single" w:sz="4" w:space="1" w:color="auto"/>
        </w:pBdr>
        <w:spacing w:after="0"/>
        <w:jc w:val="center"/>
        <w:rPr>
          <w:rFonts w:ascii="Arial" w:hAnsi="Arial" w:cs="Arial"/>
          <w:b/>
          <w:bCs/>
          <w:lang w:val="es-PE"/>
        </w:rPr>
      </w:pPr>
      <w:r w:rsidRPr="00E1667A">
        <w:rPr>
          <w:rFonts w:ascii="Arial" w:hAnsi="Arial" w:cs="Arial"/>
          <w:b/>
          <w:bCs/>
          <w:lang w:val="es-PE"/>
        </w:rPr>
        <w:t>Identificamos el problema y el reto de nuestro proyecto de emprendimiento</w:t>
      </w:r>
    </w:p>
    <w:p w14:paraId="7C68B4AC" w14:textId="77777777" w:rsidR="006648B4" w:rsidRDefault="006648B4" w:rsidP="00E1667A">
      <w:pPr>
        <w:spacing w:after="0"/>
        <w:rPr>
          <w:rFonts w:ascii="Arial" w:hAnsi="Arial" w:cs="Arial"/>
          <w:sz w:val="20"/>
          <w:szCs w:val="20"/>
          <w:lang w:val="es-PE"/>
        </w:rPr>
      </w:pPr>
    </w:p>
    <w:p w14:paraId="100A6D03" w14:textId="0B2097B5" w:rsidR="00296281" w:rsidRPr="00E1667A" w:rsidRDefault="00000000" w:rsidP="00E1667A">
      <w:pPr>
        <w:spacing w:after="0"/>
        <w:rPr>
          <w:rFonts w:ascii="Arial" w:hAnsi="Arial" w:cs="Arial"/>
          <w:sz w:val="20"/>
          <w:szCs w:val="20"/>
          <w:lang w:val="es-PE"/>
        </w:rPr>
      </w:pPr>
      <w:r w:rsidRPr="00E1667A">
        <w:rPr>
          <w:rFonts w:ascii="Arial" w:hAnsi="Arial" w:cs="Arial"/>
          <w:sz w:val="20"/>
          <w:szCs w:val="20"/>
          <w:lang w:val="es-PE"/>
        </w:rPr>
        <w:t>Nombre del estudiante: _____</w:t>
      </w:r>
      <w:r w:rsidR="00E1667A">
        <w:rPr>
          <w:rFonts w:ascii="Arial" w:hAnsi="Arial" w:cs="Arial"/>
          <w:sz w:val="20"/>
          <w:szCs w:val="20"/>
          <w:lang w:val="es-PE"/>
        </w:rPr>
        <w:t>______________________________________</w:t>
      </w:r>
      <w:r w:rsidRPr="00E1667A">
        <w:rPr>
          <w:rFonts w:ascii="Arial" w:hAnsi="Arial" w:cs="Arial"/>
          <w:sz w:val="20"/>
          <w:szCs w:val="20"/>
          <w:lang w:val="es-PE"/>
        </w:rPr>
        <w:t>_____________________</w:t>
      </w:r>
    </w:p>
    <w:p w14:paraId="0CC88F15" w14:textId="58517654" w:rsidR="00E1667A" w:rsidRDefault="00E1667A" w:rsidP="00E1667A">
      <w:pPr>
        <w:spacing w:after="0"/>
        <w:rPr>
          <w:rFonts w:ascii="Arial" w:hAnsi="Arial" w:cs="Arial"/>
          <w:sz w:val="20"/>
          <w:szCs w:val="20"/>
          <w:lang w:val="es-PE"/>
        </w:rPr>
      </w:pPr>
    </w:p>
    <w:p w14:paraId="04A0D1D3" w14:textId="4C9EEEBE" w:rsidR="00296281" w:rsidRPr="00E1667A" w:rsidRDefault="00000000" w:rsidP="00E1667A">
      <w:pPr>
        <w:pStyle w:val="Prrafodelista"/>
        <w:numPr>
          <w:ilvl w:val="0"/>
          <w:numId w:val="12"/>
        </w:numPr>
        <w:spacing w:after="0"/>
        <w:ind w:left="284" w:hanging="284"/>
        <w:rPr>
          <w:rFonts w:ascii="Arial" w:hAnsi="Arial" w:cs="Arial"/>
          <w:b/>
          <w:bCs/>
          <w:sz w:val="20"/>
          <w:szCs w:val="20"/>
          <w:lang w:val="es-PE"/>
        </w:rPr>
      </w:pPr>
      <w:r w:rsidRPr="00E1667A">
        <w:rPr>
          <w:rFonts w:ascii="Arial" w:hAnsi="Arial" w:cs="Arial"/>
          <w:b/>
          <w:bCs/>
          <w:sz w:val="20"/>
          <w:szCs w:val="20"/>
          <w:lang w:val="es-PE"/>
        </w:rPr>
        <w:t>Observamos nuestro contexto</w:t>
      </w:r>
    </w:p>
    <w:p w14:paraId="289E395D" w14:textId="6599FE1C" w:rsidR="00296281" w:rsidRPr="00E1667A" w:rsidRDefault="00000000" w:rsidP="00E1667A">
      <w:pPr>
        <w:spacing w:after="0"/>
        <w:ind w:left="284"/>
        <w:rPr>
          <w:rFonts w:ascii="Arial" w:hAnsi="Arial" w:cs="Arial"/>
          <w:sz w:val="20"/>
          <w:szCs w:val="20"/>
          <w:lang w:val="es-PE"/>
        </w:rPr>
      </w:pPr>
      <w:r w:rsidRPr="00E1667A">
        <w:rPr>
          <w:rFonts w:ascii="Arial" w:hAnsi="Arial" w:cs="Arial"/>
          <w:sz w:val="20"/>
          <w:szCs w:val="20"/>
          <w:lang w:val="es-PE"/>
        </w:rPr>
        <w:t>Observa tu entorno cercano: colegio, barrio, familia o comunidad.</w:t>
      </w:r>
    </w:p>
    <w:p w14:paraId="590B5C1D" w14:textId="5CA9FE89" w:rsidR="00296281" w:rsidRPr="00E1667A" w:rsidRDefault="00000000" w:rsidP="00E1667A">
      <w:pPr>
        <w:pStyle w:val="Prrafodelista"/>
        <w:numPr>
          <w:ilvl w:val="0"/>
          <w:numId w:val="13"/>
        </w:numPr>
        <w:spacing w:after="0"/>
        <w:ind w:left="709" w:hanging="425"/>
        <w:rPr>
          <w:rFonts w:ascii="Arial" w:hAnsi="Arial" w:cs="Arial"/>
          <w:sz w:val="20"/>
          <w:szCs w:val="20"/>
          <w:lang w:val="es-PE"/>
        </w:rPr>
      </w:pPr>
      <w:r w:rsidRPr="00E1667A">
        <w:rPr>
          <w:rFonts w:ascii="Arial" w:hAnsi="Arial" w:cs="Arial"/>
          <w:sz w:val="20"/>
          <w:szCs w:val="20"/>
          <w:lang w:val="es-PE"/>
        </w:rPr>
        <w:t>¿Qué problemas observas en tu colegio o comunidad?</w:t>
      </w:r>
    </w:p>
    <w:p w14:paraId="7128AD37" w14:textId="295BFB3A" w:rsidR="00296281" w:rsidRPr="00E1667A" w:rsidRDefault="00000000" w:rsidP="00E1667A">
      <w:pPr>
        <w:spacing w:after="0"/>
        <w:ind w:left="284"/>
        <w:rPr>
          <w:rFonts w:ascii="Arial" w:hAnsi="Arial" w:cs="Arial"/>
          <w:sz w:val="20"/>
          <w:szCs w:val="20"/>
          <w:lang w:val="es-PE"/>
        </w:rPr>
      </w:pPr>
      <w:r w:rsidRPr="00E1667A">
        <w:rPr>
          <w:rFonts w:ascii="Arial" w:hAnsi="Arial" w:cs="Arial"/>
          <w:sz w:val="20"/>
          <w:szCs w:val="20"/>
          <w:lang w:val="es-PE"/>
        </w:rPr>
        <w:t>_______________________________________________________________________________</w:t>
      </w:r>
      <w:r w:rsidR="00E1667A">
        <w:rPr>
          <w:rFonts w:ascii="Arial" w:hAnsi="Arial" w:cs="Arial"/>
          <w:sz w:val="20"/>
          <w:szCs w:val="20"/>
          <w:lang w:val="es-PE"/>
        </w:rPr>
        <w:t>___</w:t>
      </w:r>
      <w:r w:rsidRPr="00E1667A">
        <w:rPr>
          <w:rFonts w:ascii="Arial" w:hAnsi="Arial" w:cs="Arial"/>
          <w:sz w:val="20"/>
          <w:szCs w:val="20"/>
          <w:lang w:val="es-PE"/>
        </w:rPr>
        <w:t>____</w:t>
      </w:r>
    </w:p>
    <w:p w14:paraId="408A068D" w14:textId="57DCDE5C" w:rsidR="00296281" w:rsidRPr="00E1667A" w:rsidRDefault="00000000" w:rsidP="00E1667A">
      <w:pPr>
        <w:spacing w:after="0"/>
        <w:ind w:left="284"/>
        <w:rPr>
          <w:rFonts w:ascii="Arial" w:hAnsi="Arial" w:cs="Arial"/>
          <w:sz w:val="20"/>
          <w:szCs w:val="20"/>
          <w:lang w:val="es-PE"/>
        </w:rPr>
      </w:pPr>
      <w:r w:rsidRPr="00E1667A">
        <w:rPr>
          <w:rFonts w:ascii="Arial" w:hAnsi="Arial" w:cs="Arial"/>
          <w:sz w:val="20"/>
          <w:szCs w:val="20"/>
          <w:lang w:val="es-PE"/>
        </w:rPr>
        <w:t>______________________________________________</w:t>
      </w:r>
      <w:r w:rsidR="00E1667A">
        <w:rPr>
          <w:rFonts w:ascii="Arial" w:hAnsi="Arial" w:cs="Arial"/>
          <w:sz w:val="20"/>
          <w:szCs w:val="20"/>
          <w:lang w:val="es-PE"/>
        </w:rPr>
        <w:t>______________________________________</w:t>
      </w:r>
      <w:r w:rsidRPr="00E1667A">
        <w:rPr>
          <w:rFonts w:ascii="Arial" w:hAnsi="Arial" w:cs="Arial"/>
          <w:sz w:val="20"/>
          <w:szCs w:val="20"/>
          <w:lang w:val="es-PE"/>
        </w:rPr>
        <w:t>__</w:t>
      </w:r>
    </w:p>
    <w:p w14:paraId="0A2A1489" w14:textId="0D94D593" w:rsidR="00296281" w:rsidRPr="00E1667A" w:rsidRDefault="00000000" w:rsidP="00E1667A">
      <w:pPr>
        <w:pStyle w:val="Prrafodelista"/>
        <w:numPr>
          <w:ilvl w:val="0"/>
          <w:numId w:val="13"/>
        </w:numPr>
        <w:spacing w:after="0"/>
        <w:ind w:left="709" w:hanging="425"/>
        <w:rPr>
          <w:rFonts w:ascii="Arial" w:hAnsi="Arial" w:cs="Arial"/>
          <w:sz w:val="20"/>
          <w:szCs w:val="20"/>
          <w:lang w:val="es-PE"/>
        </w:rPr>
      </w:pPr>
      <w:r w:rsidRPr="00E1667A">
        <w:rPr>
          <w:rFonts w:ascii="Arial" w:hAnsi="Arial" w:cs="Arial"/>
          <w:sz w:val="20"/>
          <w:szCs w:val="20"/>
          <w:lang w:val="es-PE"/>
        </w:rPr>
        <w:t>¿Qué necesidades tienen las personas?</w:t>
      </w:r>
    </w:p>
    <w:p w14:paraId="5CD24465" w14:textId="0D0D1846" w:rsidR="00296281" w:rsidRDefault="00000000" w:rsidP="00E1667A">
      <w:pPr>
        <w:spacing w:after="0"/>
        <w:ind w:firstLine="284"/>
        <w:rPr>
          <w:rFonts w:ascii="Arial" w:hAnsi="Arial" w:cs="Arial"/>
          <w:sz w:val="20"/>
          <w:szCs w:val="20"/>
          <w:lang w:val="es-PE"/>
        </w:rPr>
      </w:pPr>
      <w:r w:rsidRPr="00E1667A">
        <w:rPr>
          <w:rFonts w:ascii="Arial" w:hAnsi="Arial" w:cs="Arial"/>
          <w:sz w:val="20"/>
          <w:szCs w:val="20"/>
          <w:lang w:val="es-PE"/>
        </w:rPr>
        <w:t>______________________________________________________________________________________</w:t>
      </w:r>
    </w:p>
    <w:p w14:paraId="2BA9335F" w14:textId="13E3624A" w:rsidR="00E1667A" w:rsidRPr="00E1667A" w:rsidRDefault="00E1667A" w:rsidP="00E1667A">
      <w:pPr>
        <w:spacing w:after="0"/>
        <w:ind w:firstLine="284"/>
        <w:rPr>
          <w:rFonts w:ascii="Arial" w:hAnsi="Arial" w:cs="Arial"/>
          <w:sz w:val="20"/>
          <w:szCs w:val="20"/>
          <w:lang w:val="es-PE"/>
        </w:rPr>
      </w:pPr>
      <w:r>
        <w:rPr>
          <w:rFonts w:ascii="Arial" w:hAnsi="Arial" w:cs="Arial"/>
          <w:sz w:val="20"/>
          <w:szCs w:val="20"/>
          <w:lang w:val="es-PE"/>
        </w:rPr>
        <w:t>______________________________________________________________________________________</w:t>
      </w:r>
    </w:p>
    <w:p w14:paraId="0996B15C" w14:textId="28C8C9E3" w:rsidR="00296281" w:rsidRPr="00E1667A" w:rsidRDefault="00000000" w:rsidP="00E1667A">
      <w:pPr>
        <w:pStyle w:val="Prrafodelista"/>
        <w:numPr>
          <w:ilvl w:val="0"/>
          <w:numId w:val="13"/>
        </w:numPr>
        <w:spacing w:after="0"/>
        <w:ind w:left="567" w:hanging="283"/>
        <w:rPr>
          <w:rFonts w:ascii="Arial" w:hAnsi="Arial" w:cs="Arial"/>
          <w:sz w:val="20"/>
          <w:szCs w:val="20"/>
          <w:lang w:val="es-PE"/>
        </w:rPr>
      </w:pPr>
      <w:r w:rsidRPr="00E1667A">
        <w:rPr>
          <w:rFonts w:ascii="Arial" w:hAnsi="Arial" w:cs="Arial"/>
          <w:sz w:val="20"/>
          <w:szCs w:val="20"/>
          <w:lang w:val="es-PE"/>
        </w:rPr>
        <w:t>¿Qué productos o servicios hacen falta?</w:t>
      </w:r>
    </w:p>
    <w:p w14:paraId="751EC1A7" w14:textId="4AB44570" w:rsidR="00296281" w:rsidRPr="00E1667A" w:rsidRDefault="00000000" w:rsidP="00E1667A">
      <w:pPr>
        <w:spacing w:after="0"/>
        <w:ind w:left="284"/>
        <w:rPr>
          <w:rFonts w:ascii="Arial" w:hAnsi="Arial" w:cs="Arial"/>
          <w:sz w:val="20"/>
          <w:szCs w:val="20"/>
          <w:lang w:val="es-PE"/>
        </w:rPr>
      </w:pPr>
      <w:r w:rsidRPr="00E1667A">
        <w:rPr>
          <w:rFonts w:ascii="Arial" w:hAnsi="Arial" w:cs="Arial"/>
          <w:sz w:val="20"/>
          <w:szCs w:val="20"/>
          <w:lang w:val="es-PE"/>
        </w:rPr>
        <w:t>________________________________________</w:t>
      </w:r>
      <w:r w:rsidR="00E1667A">
        <w:rPr>
          <w:rFonts w:ascii="Arial" w:hAnsi="Arial" w:cs="Arial"/>
          <w:sz w:val="20"/>
          <w:szCs w:val="20"/>
          <w:lang w:val="es-PE"/>
        </w:rPr>
        <w:t>____________________________________________</w:t>
      </w:r>
      <w:r w:rsidRPr="00E1667A">
        <w:rPr>
          <w:rFonts w:ascii="Arial" w:hAnsi="Arial" w:cs="Arial"/>
          <w:sz w:val="20"/>
          <w:szCs w:val="20"/>
          <w:lang w:val="es-PE"/>
        </w:rPr>
        <w:t>____</w:t>
      </w:r>
    </w:p>
    <w:p w14:paraId="37F81C74" w14:textId="69E0064F" w:rsidR="00296281" w:rsidRPr="00E1667A" w:rsidRDefault="00000000" w:rsidP="00E1667A">
      <w:pPr>
        <w:spacing w:after="0"/>
        <w:ind w:left="284"/>
        <w:rPr>
          <w:rFonts w:ascii="Arial" w:hAnsi="Arial" w:cs="Arial"/>
          <w:sz w:val="20"/>
          <w:szCs w:val="20"/>
          <w:lang w:val="es-PE"/>
        </w:rPr>
      </w:pPr>
      <w:r w:rsidRPr="00E1667A">
        <w:rPr>
          <w:rFonts w:ascii="Arial" w:hAnsi="Arial" w:cs="Arial"/>
          <w:sz w:val="20"/>
          <w:szCs w:val="20"/>
          <w:lang w:val="es-PE"/>
        </w:rPr>
        <w:t>________________________________________________</w:t>
      </w:r>
      <w:r w:rsidR="00E1667A">
        <w:rPr>
          <w:rFonts w:ascii="Arial" w:hAnsi="Arial" w:cs="Arial"/>
          <w:sz w:val="20"/>
          <w:szCs w:val="20"/>
          <w:lang w:val="es-PE"/>
        </w:rPr>
        <w:t>________________________________________</w:t>
      </w:r>
    </w:p>
    <w:p w14:paraId="1DE8B935" w14:textId="6646855E" w:rsidR="00E1667A" w:rsidRDefault="00E1667A" w:rsidP="00E1667A">
      <w:pPr>
        <w:spacing w:after="0"/>
        <w:rPr>
          <w:rFonts w:ascii="Arial" w:hAnsi="Arial" w:cs="Arial"/>
          <w:sz w:val="20"/>
          <w:szCs w:val="20"/>
          <w:lang w:val="es-PE"/>
        </w:rPr>
      </w:pPr>
    </w:p>
    <w:p w14:paraId="4468607D" w14:textId="01F4B62E" w:rsidR="00296281" w:rsidRPr="00E1667A" w:rsidRDefault="00000000" w:rsidP="00E1667A">
      <w:pPr>
        <w:spacing w:after="0"/>
        <w:rPr>
          <w:rFonts w:ascii="Arial" w:hAnsi="Arial" w:cs="Arial"/>
          <w:b/>
          <w:bCs/>
          <w:sz w:val="20"/>
          <w:szCs w:val="20"/>
          <w:lang w:val="es-PE"/>
        </w:rPr>
      </w:pPr>
      <w:r w:rsidRPr="00E1667A">
        <w:rPr>
          <w:rFonts w:ascii="Arial" w:hAnsi="Arial" w:cs="Arial"/>
          <w:b/>
          <w:bCs/>
          <w:sz w:val="20"/>
          <w:szCs w:val="20"/>
          <w:lang w:val="es-PE"/>
        </w:rPr>
        <w:t>2. Identificamos el problema</w:t>
      </w:r>
    </w:p>
    <w:p w14:paraId="734A66C9" w14:textId="50636BF9" w:rsidR="00296281" w:rsidRPr="00E1667A" w:rsidRDefault="00000000" w:rsidP="00E1667A">
      <w:pPr>
        <w:spacing w:after="0"/>
        <w:ind w:left="142" w:firstLine="142"/>
        <w:rPr>
          <w:rFonts w:ascii="Arial" w:hAnsi="Arial" w:cs="Arial"/>
          <w:sz w:val="20"/>
          <w:szCs w:val="20"/>
          <w:lang w:val="es-PE"/>
        </w:rPr>
      </w:pPr>
      <w:r w:rsidRPr="00E1667A">
        <w:rPr>
          <w:rFonts w:ascii="Arial" w:hAnsi="Arial" w:cs="Arial"/>
          <w:sz w:val="20"/>
          <w:szCs w:val="20"/>
          <w:lang w:val="es-PE"/>
        </w:rPr>
        <w:t>De los problemas que observaste, elige uno que te gustaría solucionar con un emprendimiento.</w:t>
      </w:r>
    </w:p>
    <w:p w14:paraId="085622E3" w14:textId="77777777" w:rsidR="00296281" w:rsidRPr="00E1667A" w:rsidRDefault="00000000" w:rsidP="00E1667A">
      <w:pPr>
        <w:spacing w:after="0"/>
        <w:ind w:left="142" w:firstLine="142"/>
        <w:rPr>
          <w:rFonts w:ascii="Arial" w:hAnsi="Arial" w:cs="Arial"/>
          <w:sz w:val="20"/>
          <w:szCs w:val="20"/>
          <w:lang w:val="es-PE"/>
        </w:rPr>
      </w:pPr>
      <w:r w:rsidRPr="00E1667A">
        <w:rPr>
          <w:rFonts w:ascii="Arial" w:hAnsi="Arial" w:cs="Arial"/>
          <w:sz w:val="20"/>
          <w:szCs w:val="20"/>
          <w:lang w:val="es-PE"/>
        </w:rPr>
        <w:t>Problema identificado:</w:t>
      </w:r>
    </w:p>
    <w:p w14:paraId="6C4ED39F" w14:textId="63F49321" w:rsidR="00296281" w:rsidRPr="00E1667A" w:rsidRDefault="00000000" w:rsidP="00E1667A">
      <w:pPr>
        <w:spacing w:after="0"/>
        <w:ind w:left="284"/>
        <w:rPr>
          <w:rFonts w:ascii="Arial" w:hAnsi="Arial" w:cs="Arial"/>
          <w:sz w:val="20"/>
          <w:szCs w:val="20"/>
          <w:lang w:val="es-PE"/>
        </w:rPr>
      </w:pPr>
      <w:r w:rsidRPr="00E1667A">
        <w:rPr>
          <w:rFonts w:ascii="Arial" w:hAnsi="Arial" w:cs="Arial"/>
          <w:sz w:val="20"/>
          <w:szCs w:val="20"/>
          <w:lang w:val="es-PE"/>
        </w:rPr>
        <w:t>___________________________________________</w:t>
      </w:r>
      <w:r w:rsidR="00E1667A">
        <w:rPr>
          <w:rFonts w:ascii="Arial" w:hAnsi="Arial" w:cs="Arial"/>
          <w:sz w:val="20"/>
          <w:szCs w:val="20"/>
          <w:lang w:val="es-PE"/>
        </w:rPr>
        <w:t>__________________________________________</w:t>
      </w:r>
      <w:r w:rsidRPr="00E1667A">
        <w:rPr>
          <w:rFonts w:ascii="Arial" w:hAnsi="Arial" w:cs="Arial"/>
          <w:sz w:val="20"/>
          <w:szCs w:val="20"/>
          <w:lang w:val="es-PE"/>
        </w:rPr>
        <w:t>_____________________________________________________</w:t>
      </w:r>
      <w:r w:rsidR="00E1667A">
        <w:rPr>
          <w:rFonts w:ascii="Arial" w:hAnsi="Arial" w:cs="Arial"/>
          <w:sz w:val="20"/>
          <w:szCs w:val="20"/>
          <w:lang w:val="es-PE"/>
        </w:rPr>
        <w:t>_________________________________________</w:t>
      </w:r>
      <w:r w:rsidRPr="00E1667A">
        <w:rPr>
          <w:rFonts w:ascii="Arial" w:hAnsi="Arial" w:cs="Arial"/>
          <w:sz w:val="20"/>
          <w:szCs w:val="20"/>
          <w:lang w:val="es-PE"/>
        </w:rPr>
        <w:t>________________________________________________</w:t>
      </w:r>
      <w:r w:rsidR="00E1667A">
        <w:rPr>
          <w:rFonts w:ascii="Arial" w:hAnsi="Arial" w:cs="Arial"/>
          <w:sz w:val="20"/>
          <w:szCs w:val="20"/>
          <w:lang w:val="es-PE"/>
        </w:rPr>
        <w:t>________________________________________</w:t>
      </w:r>
    </w:p>
    <w:p w14:paraId="56D30281" w14:textId="77777777" w:rsidR="00E1667A" w:rsidRDefault="00E1667A" w:rsidP="00E1667A">
      <w:pPr>
        <w:spacing w:after="0"/>
        <w:rPr>
          <w:rFonts w:ascii="Arial" w:hAnsi="Arial" w:cs="Arial"/>
          <w:sz w:val="20"/>
          <w:szCs w:val="20"/>
          <w:lang w:val="es-PE"/>
        </w:rPr>
      </w:pPr>
    </w:p>
    <w:p w14:paraId="27196084" w14:textId="351C6140" w:rsidR="00296281" w:rsidRPr="00E1667A" w:rsidRDefault="00000000" w:rsidP="00E1667A">
      <w:pPr>
        <w:spacing w:after="0"/>
        <w:rPr>
          <w:rFonts w:ascii="Arial" w:hAnsi="Arial" w:cs="Arial"/>
          <w:b/>
          <w:bCs/>
          <w:sz w:val="20"/>
          <w:szCs w:val="20"/>
          <w:lang w:val="es-PE"/>
        </w:rPr>
      </w:pPr>
      <w:r w:rsidRPr="00E1667A">
        <w:rPr>
          <w:rFonts w:ascii="Arial" w:hAnsi="Arial" w:cs="Arial"/>
          <w:b/>
          <w:bCs/>
          <w:sz w:val="20"/>
          <w:szCs w:val="20"/>
          <w:lang w:val="es-PE"/>
        </w:rPr>
        <w:t>3. Investigamos el contexto</w:t>
      </w:r>
    </w:p>
    <w:p w14:paraId="13987535" w14:textId="77777777" w:rsidR="00296281" w:rsidRPr="00E1667A" w:rsidRDefault="00000000" w:rsidP="006648B4">
      <w:pPr>
        <w:spacing w:after="0"/>
        <w:ind w:left="142"/>
        <w:rPr>
          <w:rFonts w:ascii="Arial" w:hAnsi="Arial" w:cs="Arial"/>
          <w:sz w:val="20"/>
          <w:szCs w:val="20"/>
          <w:lang w:val="es-PE"/>
        </w:rPr>
      </w:pPr>
      <w:r w:rsidRPr="00E1667A">
        <w:rPr>
          <w:rFonts w:ascii="Arial" w:hAnsi="Arial" w:cs="Arial"/>
          <w:sz w:val="20"/>
          <w:szCs w:val="20"/>
          <w:lang w:val="es-PE"/>
        </w:rPr>
        <w:t>¿A quién afecta este problema?</w:t>
      </w:r>
    </w:p>
    <w:p w14:paraId="5AD53025" w14:textId="67383830" w:rsidR="00296281" w:rsidRPr="00E1667A" w:rsidRDefault="00000000" w:rsidP="006648B4">
      <w:pPr>
        <w:spacing w:after="0"/>
        <w:ind w:left="142"/>
        <w:rPr>
          <w:rFonts w:ascii="Arial" w:hAnsi="Arial" w:cs="Arial"/>
          <w:sz w:val="20"/>
          <w:szCs w:val="20"/>
          <w:lang w:val="es-PE"/>
        </w:rPr>
      </w:pPr>
      <w:r w:rsidRPr="00E1667A">
        <w:rPr>
          <w:rFonts w:ascii="Arial" w:hAnsi="Arial" w:cs="Arial"/>
          <w:sz w:val="20"/>
          <w:szCs w:val="20"/>
          <w:lang w:val="es-PE"/>
        </w:rPr>
        <w:t>______________________________________</w:t>
      </w:r>
      <w:r w:rsidR="00481615">
        <w:rPr>
          <w:rFonts w:ascii="Arial" w:hAnsi="Arial" w:cs="Arial"/>
          <w:sz w:val="20"/>
          <w:szCs w:val="20"/>
          <w:lang w:val="es-PE"/>
        </w:rPr>
        <w:t>__________________________________________</w:t>
      </w:r>
      <w:r w:rsidRPr="00E1667A">
        <w:rPr>
          <w:rFonts w:ascii="Arial" w:hAnsi="Arial" w:cs="Arial"/>
          <w:sz w:val="20"/>
          <w:szCs w:val="20"/>
          <w:lang w:val="es-PE"/>
        </w:rPr>
        <w:t>__________</w:t>
      </w:r>
    </w:p>
    <w:p w14:paraId="3FA4D6A1" w14:textId="77777777" w:rsidR="00296281" w:rsidRPr="00E1667A" w:rsidRDefault="00000000" w:rsidP="006648B4">
      <w:pPr>
        <w:spacing w:after="0"/>
        <w:ind w:left="142"/>
        <w:rPr>
          <w:rFonts w:ascii="Arial" w:hAnsi="Arial" w:cs="Arial"/>
          <w:sz w:val="20"/>
          <w:szCs w:val="20"/>
          <w:lang w:val="es-PE"/>
        </w:rPr>
      </w:pPr>
      <w:r w:rsidRPr="00E1667A">
        <w:rPr>
          <w:rFonts w:ascii="Arial" w:hAnsi="Arial" w:cs="Arial"/>
          <w:sz w:val="20"/>
          <w:szCs w:val="20"/>
          <w:lang w:val="es-PE"/>
        </w:rPr>
        <w:t>¿Dónde ocurre el problema?</w:t>
      </w:r>
    </w:p>
    <w:p w14:paraId="31CABA80" w14:textId="4355C500" w:rsidR="00296281" w:rsidRPr="00E1667A" w:rsidRDefault="00000000" w:rsidP="006648B4">
      <w:pPr>
        <w:spacing w:after="0"/>
        <w:ind w:left="142"/>
        <w:rPr>
          <w:rFonts w:ascii="Arial" w:hAnsi="Arial" w:cs="Arial"/>
          <w:sz w:val="20"/>
          <w:szCs w:val="20"/>
          <w:lang w:val="es-PE"/>
        </w:rPr>
      </w:pPr>
      <w:r w:rsidRPr="00E1667A">
        <w:rPr>
          <w:rFonts w:ascii="Arial" w:hAnsi="Arial" w:cs="Arial"/>
          <w:sz w:val="20"/>
          <w:szCs w:val="20"/>
          <w:lang w:val="es-PE"/>
        </w:rPr>
        <w:t>_________________________________________</w:t>
      </w:r>
      <w:r w:rsidR="00481615">
        <w:rPr>
          <w:rFonts w:ascii="Arial" w:hAnsi="Arial" w:cs="Arial"/>
          <w:sz w:val="20"/>
          <w:szCs w:val="20"/>
          <w:lang w:val="es-PE"/>
        </w:rPr>
        <w:t>__________________________________________</w:t>
      </w:r>
      <w:r w:rsidRPr="00E1667A">
        <w:rPr>
          <w:rFonts w:ascii="Arial" w:hAnsi="Arial" w:cs="Arial"/>
          <w:sz w:val="20"/>
          <w:szCs w:val="20"/>
          <w:lang w:val="es-PE"/>
        </w:rPr>
        <w:t>_______</w:t>
      </w:r>
    </w:p>
    <w:p w14:paraId="49619C70" w14:textId="77777777" w:rsidR="00296281" w:rsidRPr="00E1667A" w:rsidRDefault="00000000" w:rsidP="006648B4">
      <w:pPr>
        <w:spacing w:after="0"/>
        <w:ind w:left="142"/>
        <w:rPr>
          <w:rFonts w:ascii="Arial" w:hAnsi="Arial" w:cs="Arial"/>
          <w:sz w:val="20"/>
          <w:szCs w:val="20"/>
          <w:lang w:val="es-PE"/>
        </w:rPr>
      </w:pPr>
      <w:r w:rsidRPr="00E1667A">
        <w:rPr>
          <w:rFonts w:ascii="Arial" w:hAnsi="Arial" w:cs="Arial"/>
          <w:sz w:val="20"/>
          <w:szCs w:val="20"/>
          <w:lang w:val="es-PE"/>
        </w:rPr>
        <w:t>¿Por qué ocurre el problema?</w:t>
      </w:r>
    </w:p>
    <w:p w14:paraId="40BB49A8" w14:textId="44CD0F4B" w:rsidR="00296281" w:rsidRPr="00E1667A" w:rsidRDefault="00000000" w:rsidP="006648B4">
      <w:pPr>
        <w:spacing w:after="0"/>
        <w:ind w:left="142"/>
        <w:rPr>
          <w:rFonts w:ascii="Arial" w:hAnsi="Arial" w:cs="Arial"/>
          <w:sz w:val="20"/>
          <w:szCs w:val="20"/>
          <w:lang w:val="es-PE"/>
        </w:rPr>
      </w:pPr>
      <w:r w:rsidRPr="00E1667A">
        <w:rPr>
          <w:rFonts w:ascii="Arial" w:hAnsi="Arial" w:cs="Arial"/>
          <w:sz w:val="20"/>
          <w:szCs w:val="20"/>
          <w:lang w:val="es-PE"/>
        </w:rPr>
        <w:t>__________________________________________</w:t>
      </w:r>
      <w:r w:rsidR="00481615">
        <w:rPr>
          <w:rFonts w:ascii="Arial" w:hAnsi="Arial" w:cs="Arial"/>
          <w:sz w:val="20"/>
          <w:szCs w:val="20"/>
          <w:lang w:val="es-PE"/>
        </w:rPr>
        <w:t>__________________________________________</w:t>
      </w:r>
      <w:r w:rsidRPr="00E1667A">
        <w:rPr>
          <w:rFonts w:ascii="Arial" w:hAnsi="Arial" w:cs="Arial"/>
          <w:sz w:val="20"/>
          <w:szCs w:val="20"/>
          <w:lang w:val="es-PE"/>
        </w:rPr>
        <w:t>______</w:t>
      </w:r>
    </w:p>
    <w:p w14:paraId="6C058B1E" w14:textId="22146061" w:rsidR="00296281" w:rsidRPr="00E1667A" w:rsidRDefault="00000000" w:rsidP="006648B4">
      <w:pPr>
        <w:spacing w:after="0"/>
        <w:ind w:left="142"/>
        <w:rPr>
          <w:rFonts w:ascii="Arial" w:hAnsi="Arial" w:cs="Arial"/>
          <w:sz w:val="20"/>
          <w:szCs w:val="20"/>
          <w:lang w:val="es-PE"/>
        </w:rPr>
      </w:pPr>
      <w:r w:rsidRPr="00E1667A">
        <w:rPr>
          <w:rFonts w:ascii="Arial" w:hAnsi="Arial" w:cs="Arial"/>
          <w:sz w:val="20"/>
          <w:szCs w:val="20"/>
          <w:lang w:val="es-PE"/>
        </w:rPr>
        <w:t>¿Qué consecuencias genera este problema?</w:t>
      </w:r>
    </w:p>
    <w:p w14:paraId="2BB6FCFA" w14:textId="09D090FB" w:rsidR="00296281" w:rsidRPr="00E1667A" w:rsidRDefault="00000000" w:rsidP="006648B4">
      <w:pPr>
        <w:spacing w:after="0"/>
        <w:ind w:left="142"/>
        <w:rPr>
          <w:rFonts w:ascii="Arial" w:hAnsi="Arial" w:cs="Arial"/>
          <w:sz w:val="20"/>
          <w:szCs w:val="20"/>
          <w:lang w:val="es-PE"/>
        </w:rPr>
      </w:pPr>
      <w:r w:rsidRPr="00E1667A">
        <w:rPr>
          <w:rFonts w:ascii="Arial" w:hAnsi="Arial" w:cs="Arial"/>
          <w:sz w:val="20"/>
          <w:szCs w:val="20"/>
          <w:lang w:val="es-PE"/>
        </w:rPr>
        <w:t>________________________________________</w:t>
      </w:r>
      <w:r w:rsidR="00481615">
        <w:rPr>
          <w:rFonts w:ascii="Arial" w:hAnsi="Arial" w:cs="Arial"/>
          <w:sz w:val="20"/>
          <w:szCs w:val="20"/>
          <w:lang w:val="es-PE"/>
        </w:rPr>
        <w:t>__________________________________________</w:t>
      </w:r>
      <w:r w:rsidRPr="00E1667A">
        <w:rPr>
          <w:rFonts w:ascii="Arial" w:hAnsi="Arial" w:cs="Arial"/>
          <w:sz w:val="20"/>
          <w:szCs w:val="20"/>
          <w:lang w:val="es-PE"/>
        </w:rPr>
        <w:t>________</w:t>
      </w:r>
    </w:p>
    <w:p w14:paraId="2613DF0F" w14:textId="4BA4195A" w:rsidR="00296281" w:rsidRPr="00E1667A" w:rsidRDefault="00000000" w:rsidP="006648B4">
      <w:pPr>
        <w:spacing w:after="0"/>
        <w:ind w:left="142"/>
        <w:rPr>
          <w:rFonts w:ascii="Arial" w:hAnsi="Arial" w:cs="Arial"/>
          <w:sz w:val="20"/>
          <w:szCs w:val="20"/>
          <w:lang w:val="es-PE"/>
        </w:rPr>
      </w:pPr>
      <w:r w:rsidRPr="00E1667A">
        <w:rPr>
          <w:rFonts w:ascii="Arial" w:hAnsi="Arial" w:cs="Arial"/>
          <w:sz w:val="20"/>
          <w:szCs w:val="20"/>
          <w:lang w:val="es-PE"/>
        </w:rPr>
        <w:t>__________________________________________</w:t>
      </w:r>
      <w:r w:rsidR="00481615">
        <w:rPr>
          <w:rFonts w:ascii="Arial" w:hAnsi="Arial" w:cs="Arial"/>
          <w:sz w:val="20"/>
          <w:szCs w:val="20"/>
          <w:lang w:val="es-PE"/>
        </w:rPr>
        <w:t>__________________________________________</w:t>
      </w:r>
      <w:r w:rsidRPr="00E1667A">
        <w:rPr>
          <w:rFonts w:ascii="Arial" w:hAnsi="Arial" w:cs="Arial"/>
          <w:sz w:val="20"/>
          <w:szCs w:val="20"/>
          <w:lang w:val="es-PE"/>
        </w:rPr>
        <w:t>______</w:t>
      </w:r>
    </w:p>
    <w:p w14:paraId="6A0F833C" w14:textId="0C8710B3" w:rsidR="006648B4" w:rsidRDefault="006648B4" w:rsidP="00E1667A">
      <w:pPr>
        <w:spacing w:after="0"/>
        <w:rPr>
          <w:rFonts w:ascii="Arial" w:hAnsi="Arial" w:cs="Arial"/>
          <w:sz w:val="20"/>
          <w:szCs w:val="20"/>
          <w:lang w:val="es-PE"/>
        </w:rPr>
      </w:pPr>
    </w:p>
    <w:p w14:paraId="63610CED" w14:textId="72D83723" w:rsidR="00296281" w:rsidRPr="006648B4" w:rsidRDefault="00000000" w:rsidP="00E1667A">
      <w:pPr>
        <w:spacing w:after="0"/>
        <w:rPr>
          <w:rFonts w:ascii="Arial" w:hAnsi="Arial" w:cs="Arial"/>
          <w:b/>
          <w:bCs/>
          <w:sz w:val="20"/>
          <w:szCs w:val="20"/>
          <w:lang w:val="es-PE"/>
        </w:rPr>
      </w:pPr>
      <w:r w:rsidRPr="006648B4">
        <w:rPr>
          <w:rFonts w:ascii="Arial" w:hAnsi="Arial" w:cs="Arial"/>
          <w:b/>
          <w:bCs/>
          <w:sz w:val="20"/>
          <w:szCs w:val="20"/>
          <w:lang w:val="es-PE"/>
        </w:rPr>
        <w:t>4. Redactamos la situación problemática</w:t>
      </w:r>
    </w:p>
    <w:p w14:paraId="1D39CF12" w14:textId="77777777" w:rsidR="00296281" w:rsidRPr="00E1667A" w:rsidRDefault="00000000" w:rsidP="006648B4">
      <w:pPr>
        <w:spacing w:after="0"/>
        <w:ind w:left="284"/>
        <w:rPr>
          <w:rFonts w:ascii="Arial" w:hAnsi="Arial" w:cs="Arial"/>
          <w:sz w:val="20"/>
          <w:szCs w:val="20"/>
          <w:lang w:val="es-PE"/>
        </w:rPr>
      </w:pPr>
      <w:r w:rsidRPr="00E1667A">
        <w:rPr>
          <w:rFonts w:ascii="Arial" w:hAnsi="Arial" w:cs="Arial"/>
          <w:sz w:val="20"/>
          <w:szCs w:val="20"/>
          <w:lang w:val="es-PE"/>
        </w:rPr>
        <w:t>Situación problemática:</w:t>
      </w:r>
    </w:p>
    <w:p w14:paraId="4DC99964" w14:textId="3E483E6A" w:rsidR="00296281" w:rsidRPr="00E1667A" w:rsidRDefault="00000000" w:rsidP="006648B4">
      <w:pPr>
        <w:spacing w:after="0"/>
        <w:ind w:left="284"/>
        <w:rPr>
          <w:rFonts w:ascii="Arial" w:hAnsi="Arial" w:cs="Arial"/>
          <w:sz w:val="20"/>
          <w:szCs w:val="20"/>
          <w:lang w:val="es-PE"/>
        </w:rPr>
      </w:pPr>
      <w:r w:rsidRPr="00E1667A">
        <w:rPr>
          <w:rFonts w:ascii="Arial" w:hAnsi="Arial" w:cs="Arial"/>
          <w:sz w:val="20"/>
          <w:szCs w:val="20"/>
          <w:lang w:val="es-PE"/>
        </w:rPr>
        <w:t>_______________________________________</w:t>
      </w:r>
      <w:r w:rsidR="006648B4">
        <w:rPr>
          <w:rFonts w:ascii="Arial" w:hAnsi="Arial" w:cs="Arial"/>
          <w:sz w:val="20"/>
          <w:szCs w:val="20"/>
          <w:lang w:val="es-PE"/>
        </w:rPr>
        <w:t>___________________________________________</w:t>
      </w:r>
      <w:r w:rsidRPr="00E1667A">
        <w:rPr>
          <w:rFonts w:ascii="Arial" w:hAnsi="Arial" w:cs="Arial"/>
          <w:sz w:val="20"/>
          <w:szCs w:val="20"/>
          <w:lang w:val="es-PE"/>
        </w:rPr>
        <w:t>_______</w:t>
      </w:r>
    </w:p>
    <w:p w14:paraId="4A0E5F7A" w14:textId="341FA277" w:rsidR="00296281" w:rsidRPr="00E1667A" w:rsidRDefault="00000000" w:rsidP="006648B4">
      <w:pPr>
        <w:spacing w:after="0"/>
        <w:ind w:left="284"/>
        <w:rPr>
          <w:rFonts w:ascii="Arial" w:hAnsi="Arial" w:cs="Arial"/>
          <w:sz w:val="20"/>
          <w:szCs w:val="20"/>
          <w:lang w:val="es-PE"/>
        </w:rPr>
      </w:pPr>
      <w:r w:rsidRPr="00E1667A">
        <w:rPr>
          <w:rFonts w:ascii="Arial" w:hAnsi="Arial" w:cs="Arial"/>
          <w:sz w:val="20"/>
          <w:szCs w:val="20"/>
          <w:lang w:val="es-PE"/>
        </w:rPr>
        <w:t>______________________________________</w:t>
      </w:r>
      <w:r w:rsidR="006648B4">
        <w:rPr>
          <w:rFonts w:ascii="Arial" w:hAnsi="Arial" w:cs="Arial"/>
          <w:sz w:val="20"/>
          <w:szCs w:val="20"/>
          <w:lang w:val="es-PE"/>
        </w:rPr>
        <w:t>___________________________________________</w:t>
      </w:r>
      <w:r w:rsidRPr="00E1667A">
        <w:rPr>
          <w:rFonts w:ascii="Arial" w:hAnsi="Arial" w:cs="Arial"/>
          <w:sz w:val="20"/>
          <w:szCs w:val="20"/>
          <w:lang w:val="es-PE"/>
        </w:rPr>
        <w:t>________</w:t>
      </w:r>
    </w:p>
    <w:p w14:paraId="2471B678" w14:textId="285A4C51" w:rsidR="00296281" w:rsidRPr="00E1667A" w:rsidRDefault="00000000" w:rsidP="006648B4">
      <w:pPr>
        <w:spacing w:after="0"/>
        <w:ind w:left="284"/>
        <w:rPr>
          <w:rFonts w:ascii="Arial" w:hAnsi="Arial" w:cs="Arial"/>
          <w:sz w:val="20"/>
          <w:szCs w:val="20"/>
          <w:lang w:val="es-PE"/>
        </w:rPr>
      </w:pPr>
      <w:r w:rsidRPr="00E1667A">
        <w:rPr>
          <w:rFonts w:ascii="Arial" w:hAnsi="Arial" w:cs="Arial"/>
          <w:sz w:val="20"/>
          <w:szCs w:val="20"/>
          <w:lang w:val="es-PE"/>
        </w:rPr>
        <w:t>_______________________________________</w:t>
      </w:r>
      <w:r w:rsidR="006648B4">
        <w:rPr>
          <w:rFonts w:ascii="Arial" w:hAnsi="Arial" w:cs="Arial"/>
          <w:sz w:val="20"/>
          <w:szCs w:val="20"/>
          <w:lang w:val="es-PE"/>
        </w:rPr>
        <w:t>___________________________________________</w:t>
      </w:r>
      <w:r w:rsidRPr="00E1667A">
        <w:rPr>
          <w:rFonts w:ascii="Arial" w:hAnsi="Arial" w:cs="Arial"/>
          <w:sz w:val="20"/>
          <w:szCs w:val="20"/>
          <w:lang w:val="es-PE"/>
        </w:rPr>
        <w:t>_______</w:t>
      </w:r>
    </w:p>
    <w:p w14:paraId="3971E9B1" w14:textId="333C7416" w:rsidR="00296281" w:rsidRPr="00E1667A" w:rsidRDefault="00000000" w:rsidP="006648B4">
      <w:pPr>
        <w:spacing w:after="0"/>
        <w:ind w:left="284"/>
        <w:rPr>
          <w:rFonts w:ascii="Arial" w:hAnsi="Arial" w:cs="Arial"/>
          <w:sz w:val="20"/>
          <w:szCs w:val="20"/>
          <w:lang w:val="es-PE"/>
        </w:rPr>
      </w:pPr>
      <w:r w:rsidRPr="00E1667A">
        <w:rPr>
          <w:rFonts w:ascii="Arial" w:hAnsi="Arial" w:cs="Arial"/>
          <w:sz w:val="20"/>
          <w:szCs w:val="20"/>
          <w:lang w:val="es-PE"/>
        </w:rPr>
        <w:t>_____________________________________</w:t>
      </w:r>
      <w:r w:rsidR="006648B4">
        <w:rPr>
          <w:rFonts w:ascii="Arial" w:hAnsi="Arial" w:cs="Arial"/>
          <w:sz w:val="20"/>
          <w:szCs w:val="20"/>
          <w:lang w:val="es-PE"/>
        </w:rPr>
        <w:t>___________________________________________</w:t>
      </w:r>
      <w:r w:rsidRPr="00E1667A">
        <w:rPr>
          <w:rFonts w:ascii="Arial" w:hAnsi="Arial" w:cs="Arial"/>
          <w:sz w:val="20"/>
          <w:szCs w:val="20"/>
          <w:lang w:val="es-PE"/>
        </w:rPr>
        <w:t>_________</w:t>
      </w:r>
    </w:p>
    <w:p w14:paraId="1E6D6B77" w14:textId="77777777" w:rsidR="006648B4" w:rsidRDefault="006648B4" w:rsidP="00E1667A">
      <w:pPr>
        <w:spacing w:after="0"/>
        <w:rPr>
          <w:rFonts w:ascii="Arial" w:hAnsi="Arial" w:cs="Arial"/>
          <w:sz w:val="20"/>
          <w:szCs w:val="20"/>
          <w:lang w:val="es-PE"/>
        </w:rPr>
      </w:pPr>
    </w:p>
    <w:p w14:paraId="621F0BCF" w14:textId="487A7F2B" w:rsidR="00296281" w:rsidRPr="006648B4" w:rsidRDefault="00000000" w:rsidP="00E1667A">
      <w:pPr>
        <w:spacing w:after="0"/>
        <w:rPr>
          <w:rFonts w:ascii="Arial" w:hAnsi="Arial" w:cs="Arial"/>
          <w:b/>
          <w:bCs/>
          <w:sz w:val="20"/>
          <w:szCs w:val="20"/>
          <w:lang w:val="es-PE"/>
        </w:rPr>
      </w:pPr>
      <w:r w:rsidRPr="006648B4">
        <w:rPr>
          <w:rFonts w:ascii="Arial" w:hAnsi="Arial" w:cs="Arial"/>
          <w:b/>
          <w:bCs/>
          <w:sz w:val="20"/>
          <w:szCs w:val="20"/>
          <w:lang w:val="es-PE"/>
        </w:rPr>
        <w:t>5. Formulamos la pregunta del problema</w:t>
      </w:r>
    </w:p>
    <w:p w14:paraId="5C14DC3D" w14:textId="77777777" w:rsidR="00296281" w:rsidRPr="00E1667A" w:rsidRDefault="00000000" w:rsidP="00E1667A">
      <w:pPr>
        <w:spacing w:after="0"/>
        <w:rPr>
          <w:rFonts w:ascii="Arial" w:hAnsi="Arial" w:cs="Arial"/>
          <w:sz w:val="20"/>
          <w:szCs w:val="20"/>
          <w:lang w:val="es-PE"/>
        </w:rPr>
      </w:pPr>
      <w:r w:rsidRPr="00E1667A">
        <w:rPr>
          <w:rFonts w:ascii="Arial" w:hAnsi="Arial" w:cs="Arial"/>
          <w:sz w:val="20"/>
          <w:szCs w:val="20"/>
          <w:lang w:val="es-PE"/>
        </w:rPr>
        <w:t>Pregunta del problema:</w:t>
      </w:r>
    </w:p>
    <w:p w14:paraId="2751FA69" w14:textId="144B548D" w:rsidR="00296281" w:rsidRPr="00E1667A" w:rsidRDefault="00000000" w:rsidP="006648B4">
      <w:pPr>
        <w:spacing w:after="0"/>
        <w:ind w:left="284"/>
        <w:rPr>
          <w:rFonts w:ascii="Arial" w:hAnsi="Arial" w:cs="Arial"/>
          <w:sz w:val="20"/>
          <w:szCs w:val="20"/>
          <w:lang w:val="es-PE"/>
        </w:rPr>
      </w:pPr>
      <w:r w:rsidRPr="00E1667A">
        <w:rPr>
          <w:rFonts w:ascii="Arial" w:hAnsi="Arial" w:cs="Arial"/>
          <w:sz w:val="20"/>
          <w:szCs w:val="20"/>
          <w:lang w:val="es-PE"/>
        </w:rPr>
        <w:t>______________________________</w:t>
      </w:r>
      <w:r w:rsidR="006648B4">
        <w:rPr>
          <w:rFonts w:ascii="Arial" w:hAnsi="Arial" w:cs="Arial"/>
          <w:sz w:val="20"/>
          <w:szCs w:val="20"/>
          <w:lang w:val="es-PE"/>
        </w:rPr>
        <w:t>___________________________________________</w:t>
      </w:r>
      <w:r w:rsidRPr="00E1667A">
        <w:rPr>
          <w:rFonts w:ascii="Arial" w:hAnsi="Arial" w:cs="Arial"/>
          <w:sz w:val="20"/>
          <w:szCs w:val="20"/>
          <w:lang w:val="es-PE"/>
        </w:rPr>
        <w:t>________________</w:t>
      </w:r>
    </w:p>
    <w:p w14:paraId="0F00575A" w14:textId="4F988C1E" w:rsidR="00296281" w:rsidRPr="00E1667A" w:rsidRDefault="00000000" w:rsidP="006648B4">
      <w:pPr>
        <w:spacing w:after="0"/>
        <w:ind w:left="284"/>
        <w:rPr>
          <w:rFonts w:ascii="Arial" w:hAnsi="Arial" w:cs="Arial"/>
          <w:sz w:val="20"/>
          <w:szCs w:val="20"/>
          <w:lang w:val="es-PE"/>
        </w:rPr>
      </w:pPr>
      <w:r w:rsidRPr="00E1667A">
        <w:rPr>
          <w:rFonts w:ascii="Arial" w:hAnsi="Arial" w:cs="Arial"/>
          <w:sz w:val="20"/>
          <w:szCs w:val="20"/>
          <w:lang w:val="es-PE"/>
        </w:rPr>
        <w:lastRenderedPageBreak/>
        <w:t>________________________________________________</w:t>
      </w:r>
      <w:r w:rsidR="006648B4">
        <w:rPr>
          <w:rFonts w:ascii="Arial" w:hAnsi="Arial" w:cs="Arial"/>
          <w:sz w:val="20"/>
          <w:szCs w:val="20"/>
          <w:lang w:val="es-PE"/>
        </w:rPr>
        <w:t>_________________________________________</w:t>
      </w:r>
    </w:p>
    <w:p w14:paraId="1E342ACA" w14:textId="77777777" w:rsidR="006648B4" w:rsidRDefault="006648B4" w:rsidP="00E1667A">
      <w:pPr>
        <w:spacing w:after="0"/>
        <w:rPr>
          <w:rFonts w:ascii="Arial" w:hAnsi="Arial" w:cs="Arial"/>
          <w:sz w:val="20"/>
          <w:szCs w:val="20"/>
          <w:lang w:val="es-PE"/>
        </w:rPr>
      </w:pPr>
    </w:p>
    <w:p w14:paraId="3400133A" w14:textId="75528997" w:rsidR="006648B4" w:rsidRDefault="006648B4" w:rsidP="00E1667A">
      <w:pPr>
        <w:spacing w:after="0"/>
        <w:rPr>
          <w:rFonts w:ascii="Arial" w:hAnsi="Arial" w:cs="Arial"/>
          <w:sz w:val="20"/>
          <w:szCs w:val="20"/>
          <w:lang w:val="es-PE"/>
        </w:rPr>
      </w:pPr>
    </w:p>
    <w:p w14:paraId="325E5749" w14:textId="3176B40F" w:rsidR="006648B4" w:rsidRDefault="006648B4" w:rsidP="00E1667A">
      <w:pPr>
        <w:spacing w:after="0"/>
        <w:rPr>
          <w:rFonts w:ascii="Arial" w:hAnsi="Arial" w:cs="Arial"/>
          <w:sz w:val="20"/>
          <w:szCs w:val="20"/>
          <w:lang w:val="es-PE"/>
        </w:rPr>
      </w:pPr>
    </w:p>
    <w:p w14:paraId="1B23DCEE" w14:textId="456D3CC9" w:rsidR="00296281" w:rsidRPr="006648B4" w:rsidRDefault="00000000" w:rsidP="00E1667A">
      <w:pPr>
        <w:spacing w:after="0"/>
        <w:rPr>
          <w:rFonts w:ascii="Arial" w:hAnsi="Arial" w:cs="Arial"/>
          <w:b/>
          <w:bCs/>
          <w:sz w:val="20"/>
          <w:szCs w:val="20"/>
          <w:lang w:val="es-PE"/>
        </w:rPr>
      </w:pPr>
      <w:r w:rsidRPr="006648B4">
        <w:rPr>
          <w:rFonts w:ascii="Arial" w:hAnsi="Arial" w:cs="Arial"/>
          <w:b/>
          <w:bCs/>
          <w:sz w:val="20"/>
          <w:szCs w:val="20"/>
          <w:lang w:val="es-PE"/>
        </w:rPr>
        <w:t>6. Definimos el reto del emprendimiento</w:t>
      </w:r>
    </w:p>
    <w:p w14:paraId="49DF6A01" w14:textId="77777777" w:rsidR="00296281" w:rsidRPr="00E1667A" w:rsidRDefault="00000000" w:rsidP="006648B4">
      <w:pPr>
        <w:spacing w:after="0"/>
        <w:ind w:left="284"/>
        <w:rPr>
          <w:rFonts w:ascii="Arial" w:hAnsi="Arial" w:cs="Arial"/>
          <w:sz w:val="20"/>
          <w:szCs w:val="20"/>
          <w:lang w:val="es-PE"/>
        </w:rPr>
      </w:pPr>
      <w:r w:rsidRPr="00E1667A">
        <w:rPr>
          <w:rFonts w:ascii="Arial" w:hAnsi="Arial" w:cs="Arial"/>
          <w:sz w:val="20"/>
          <w:szCs w:val="20"/>
          <w:lang w:val="es-PE"/>
        </w:rPr>
        <w:t>Reto del emprendimiento:</w:t>
      </w:r>
    </w:p>
    <w:p w14:paraId="1AF29683" w14:textId="5B568588" w:rsidR="00296281" w:rsidRPr="00E1667A" w:rsidRDefault="00000000" w:rsidP="006648B4">
      <w:pPr>
        <w:spacing w:after="0"/>
        <w:ind w:left="284"/>
        <w:rPr>
          <w:rFonts w:ascii="Arial" w:hAnsi="Arial" w:cs="Arial"/>
          <w:sz w:val="20"/>
          <w:szCs w:val="20"/>
          <w:lang w:val="es-PE"/>
        </w:rPr>
      </w:pPr>
      <w:r w:rsidRPr="00E1667A">
        <w:rPr>
          <w:rFonts w:ascii="Arial" w:hAnsi="Arial" w:cs="Arial"/>
          <w:sz w:val="20"/>
          <w:szCs w:val="20"/>
          <w:lang w:val="es-PE"/>
        </w:rPr>
        <w:t>_________________________</w:t>
      </w:r>
      <w:r w:rsidR="006648B4">
        <w:rPr>
          <w:rFonts w:ascii="Arial" w:hAnsi="Arial" w:cs="Arial"/>
          <w:sz w:val="20"/>
          <w:szCs w:val="20"/>
          <w:lang w:val="es-PE"/>
        </w:rPr>
        <w:t>___________________________________________</w:t>
      </w:r>
      <w:r w:rsidRPr="00E1667A">
        <w:rPr>
          <w:rFonts w:ascii="Arial" w:hAnsi="Arial" w:cs="Arial"/>
          <w:sz w:val="20"/>
          <w:szCs w:val="20"/>
          <w:lang w:val="es-PE"/>
        </w:rPr>
        <w:t>_____________________</w:t>
      </w:r>
    </w:p>
    <w:p w14:paraId="6784D383" w14:textId="3AC7537E" w:rsidR="00296281" w:rsidRPr="00E1667A" w:rsidRDefault="00000000" w:rsidP="006648B4">
      <w:pPr>
        <w:spacing w:after="0"/>
        <w:ind w:left="284"/>
        <w:rPr>
          <w:rFonts w:ascii="Arial" w:hAnsi="Arial" w:cs="Arial"/>
          <w:sz w:val="20"/>
          <w:szCs w:val="20"/>
          <w:lang w:val="es-PE"/>
        </w:rPr>
      </w:pPr>
      <w:r w:rsidRPr="00E1667A">
        <w:rPr>
          <w:rFonts w:ascii="Arial" w:hAnsi="Arial" w:cs="Arial"/>
          <w:sz w:val="20"/>
          <w:szCs w:val="20"/>
          <w:lang w:val="es-PE"/>
        </w:rPr>
        <w:t>________________________________________________</w:t>
      </w:r>
      <w:r w:rsidR="006648B4">
        <w:rPr>
          <w:rFonts w:ascii="Arial" w:hAnsi="Arial" w:cs="Arial"/>
          <w:sz w:val="20"/>
          <w:szCs w:val="20"/>
          <w:lang w:val="es-PE"/>
        </w:rPr>
        <w:t>_________________________________________</w:t>
      </w:r>
    </w:p>
    <w:p w14:paraId="6DB34412" w14:textId="6873845A" w:rsidR="00296281" w:rsidRPr="00E1667A" w:rsidRDefault="00000000" w:rsidP="006648B4">
      <w:pPr>
        <w:spacing w:after="0"/>
        <w:ind w:left="284"/>
        <w:rPr>
          <w:rFonts w:ascii="Arial" w:hAnsi="Arial" w:cs="Arial"/>
          <w:sz w:val="20"/>
          <w:szCs w:val="20"/>
          <w:lang w:val="es-PE"/>
        </w:rPr>
      </w:pPr>
      <w:r w:rsidRPr="00E1667A">
        <w:rPr>
          <w:rFonts w:ascii="Arial" w:hAnsi="Arial" w:cs="Arial"/>
          <w:sz w:val="20"/>
          <w:szCs w:val="20"/>
          <w:lang w:val="es-PE"/>
        </w:rPr>
        <w:t>________________________________________________</w:t>
      </w:r>
      <w:r w:rsidR="006648B4">
        <w:rPr>
          <w:rFonts w:ascii="Arial" w:hAnsi="Arial" w:cs="Arial"/>
          <w:sz w:val="20"/>
          <w:szCs w:val="20"/>
          <w:lang w:val="es-PE"/>
        </w:rPr>
        <w:t>_________________________________________</w:t>
      </w:r>
    </w:p>
    <w:p w14:paraId="13ACBE42" w14:textId="77777777" w:rsidR="006648B4" w:rsidRDefault="006648B4" w:rsidP="006648B4">
      <w:pPr>
        <w:spacing w:after="0"/>
        <w:ind w:left="284"/>
        <w:rPr>
          <w:rFonts w:ascii="Arial" w:hAnsi="Arial" w:cs="Arial"/>
          <w:sz w:val="20"/>
          <w:szCs w:val="20"/>
          <w:lang w:val="es-PE"/>
        </w:rPr>
      </w:pPr>
    </w:p>
    <w:p w14:paraId="11474D92" w14:textId="70781EE2" w:rsidR="00296281" w:rsidRPr="006648B4" w:rsidRDefault="00000000" w:rsidP="00E1667A">
      <w:pPr>
        <w:spacing w:after="0"/>
        <w:rPr>
          <w:rFonts w:ascii="Arial" w:hAnsi="Arial" w:cs="Arial"/>
          <w:b/>
          <w:bCs/>
          <w:sz w:val="20"/>
          <w:szCs w:val="20"/>
          <w:lang w:val="es-PE"/>
        </w:rPr>
      </w:pPr>
      <w:r w:rsidRPr="006648B4">
        <w:rPr>
          <w:rFonts w:ascii="Arial" w:hAnsi="Arial" w:cs="Arial"/>
          <w:b/>
          <w:bCs/>
          <w:sz w:val="20"/>
          <w:szCs w:val="20"/>
          <w:lang w:val="es-PE"/>
        </w:rPr>
        <w:t>7. Idea inicial del emprendimiento</w:t>
      </w:r>
    </w:p>
    <w:p w14:paraId="77778438" w14:textId="38C67BEA" w:rsidR="00296281" w:rsidRPr="00E1667A" w:rsidRDefault="00000000" w:rsidP="006648B4">
      <w:pPr>
        <w:spacing w:after="0"/>
        <w:ind w:left="284"/>
        <w:rPr>
          <w:rFonts w:ascii="Arial" w:hAnsi="Arial" w:cs="Arial"/>
          <w:sz w:val="20"/>
          <w:szCs w:val="20"/>
          <w:lang w:val="es-PE"/>
        </w:rPr>
      </w:pPr>
      <w:r w:rsidRPr="00E1667A">
        <w:rPr>
          <w:rFonts w:ascii="Arial" w:hAnsi="Arial" w:cs="Arial"/>
          <w:sz w:val="20"/>
          <w:szCs w:val="20"/>
          <w:lang w:val="es-PE"/>
        </w:rPr>
        <w:t>Nombre del emprendimiento: __________</w:t>
      </w:r>
      <w:r w:rsidR="006648B4">
        <w:rPr>
          <w:rFonts w:ascii="Arial" w:hAnsi="Arial" w:cs="Arial"/>
          <w:sz w:val="20"/>
          <w:szCs w:val="20"/>
          <w:lang w:val="es-PE"/>
        </w:rPr>
        <w:t>____________________________________</w:t>
      </w:r>
      <w:r w:rsidRPr="00E1667A">
        <w:rPr>
          <w:rFonts w:ascii="Arial" w:hAnsi="Arial" w:cs="Arial"/>
          <w:sz w:val="20"/>
          <w:szCs w:val="20"/>
          <w:lang w:val="es-PE"/>
        </w:rPr>
        <w:t>___________________</w:t>
      </w:r>
    </w:p>
    <w:p w14:paraId="3F1862A9" w14:textId="76C161B7" w:rsidR="00296281" w:rsidRPr="00E1667A" w:rsidRDefault="00000000" w:rsidP="006648B4">
      <w:pPr>
        <w:spacing w:after="0"/>
        <w:ind w:left="284"/>
        <w:rPr>
          <w:rFonts w:ascii="Arial" w:hAnsi="Arial" w:cs="Arial"/>
          <w:sz w:val="20"/>
          <w:szCs w:val="20"/>
          <w:lang w:val="es-PE"/>
        </w:rPr>
      </w:pPr>
      <w:r w:rsidRPr="00E1667A">
        <w:rPr>
          <w:rFonts w:ascii="Arial" w:hAnsi="Arial" w:cs="Arial"/>
          <w:sz w:val="20"/>
          <w:szCs w:val="20"/>
          <w:lang w:val="es-PE"/>
        </w:rPr>
        <w:t>Producto o servicio que ofrecerá:</w:t>
      </w:r>
    </w:p>
    <w:p w14:paraId="258DD339" w14:textId="218BDD43" w:rsidR="00296281" w:rsidRPr="00E1667A" w:rsidRDefault="00000000" w:rsidP="006648B4">
      <w:pPr>
        <w:spacing w:after="0"/>
        <w:ind w:left="284"/>
        <w:rPr>
          <w:rFonts w:ascii="Arial" w:hAnsi="Arial" w:cs="Arial"/>
          <w:sz w:val="20"/>
          <w:szCs w:val="20"/>
          <w:lang w:val="es-PE"/>
        </w:rPr>
      </w:pPr>
      <w:r w:rsidRPr="00E1667A">
        <w:rPr>
          <w:rFonts w:ascii="Arial" w:hAnsi="Arial" w:cs="Arial"/>
          <w:sz w:val="20"/>
          <w:szCs w:val="20"/>
          <w:lang w:val="es-PE"/>
        </w:rPr>
        <w:t>_________________________</w:t>
      </w:r>
      <w:r w:rsidR="006648B4">
        <w:rPr>
          <w:rFonts w:ascii="Arial" w:hAnsi="Arial" w:cs="Arial"/>
          <w:sz w:val="20"/>
          <w:szCs w:val="20"/>
          <w:lang w:val="es-PE"/>
        </w:rPr>
        <w:t>________________________________________________________________________</w:t>
      </w:r>
      <w:r w:rsidRPr="00E1667A">
        <w:rPr>
          <w:rFonts w:ascii="Arial" w:hAnsi="Arial" w:cs="Arial"/>
          <w:sz w:val="20"/>
          <w:szCs w:val="20"/>
          <w:lang w:val="es-PE"/>
        </w:rPr>
        <w:t>_________________</w:t>
      </w:r>
      <w:r w:rsidR="006648B4">
        <w:rPr>
          <w:rFonts w:ascii="Arial" w:hAnsi="Arial" w:cs="Arial"/>
          <w:sz w:val="20"/>
          <w:szCs w:val="20"/>
          <w:lang w:val="es-PE"/>
        </w:rPr>
        <w:t>______________________________________________________________</w:t>
      </w:r>
      <w:r w:rsidRPr="00E1667A">
        <w:rPr>
          <w:rFonts w:ascii="Arial" w:hAnsi="Arial" w:cs="Arial"/>
          <w:sz w:val="20"/>
          <w:szCs w:val="20"/>
          <w:lang w:val="es-PE"/>
        </w:rPr>
        <w:t>__</w:t>
      </w:r>
    </w:p>
    <w:p w14:paraId="29F790D8" w14:textId="22D6AAED" w:rsidR="006648B4" w:rsidRDefault="006648B4" w:rsidP="00E1667A">
      <w:pPr>
        <w:spacing w:after="0"/>
        <w:rPr>
          <w:rFonts w:ascii="Arial" w:hAnsi="Arial" w:cs="Arial"/>
          <w:sz w:val="20"/>
          <w:szCs w:val="20"/>
          <w:lang w:val="es-PE"/>
        </w:rPr>
      </w:pPr>
    </w:p>
    <w:p w14:paraId="3C03757D" w14:textId="15B557E5" w:rsidR="00296281" w:rsidRPr="00E1667A" w:rsidRDefault="00000000" w:rsidP="006648B4">
      <w:pPr>
        <w:spacing w:after="0"/>
        <w:ind w:left="284"/>
        <w:rPr>
          <w:rFonts w:ascii="Arial" w:hAnsi="Arial" w:cs="Arial"/>
          <w:sz w:val="20"/>
          <w:szCs w:val="20"/>
          <w:lang w:val="es-PE"/>
        </w:rPr>
      </w:pPr>
      <w:r w:rsidRPr="00E1667A">
        <w:rPr>
          <w:rFonts w:ascii="Arial" w:hAnsi="Arial" w:cs="Arial"/>
          <w:sz w:val="20"/>
          <w:szCs w:val="20"/>
          <w:lang w:val="es-PE"/>
        </w:rPr>
        <w:t>¿Cómo ayudará a resolver el problema?</w:t>
      </w:r>
    </w:p>
    <w:p w14:paraId="6BBF2036" w14:textId="21837D5D" w:rsidR="00296281" w:rsidRPr="00E1667A" w:rsidRDefault="00000000" w:rsidP="006648B4">
      <w:pPr>
        <w:spacing w:after="0"/>
        <w:ind w:left="284"/>
        <w:rPr>
          <w:rFonts w:ascii="Arial" w:hAnsi="Arial" w:cs="Arial"/>
          <w:sz w:val="20"/>
          <w:szCs w:val="20"/>
          <w:lang w:val="es-PE"/>
        </w:rPr>
      </w:pPr>
      <w:r w:rsidRPr="00E1667A">
        <w:rPr>
          <w:rFonts w:ascii="Arial" w:hAnsi="Arial" w:cs="Arial"/>
          <w:sz w:val="20"/>
          <w:szCs w:val="20"/>
          <w:lang w:val="es-PE"/>
        </w:rPr>
        <w:t>_________________</w:t>
      </w:r>
      <w:r w:rsidR="006648B4">
        <w:rPr>
          <w:rFonts w:ascii="Arial" w:hAnsi="Arial" w:cs="Arial"/>
          <w:sz w:val="20"/>
          <w:szCs w:val="20"/>
          <w:lang w:val="es-PE"/>
        </w:rPr>
        <w:t>___________________________________________</w:t>
      </w:r>
      <w:r w:rsidRPr="00E1667A">
        <w:rPr>
          <w:rFonts w:ascii="Arial" w:hAnsi="Arial" w:cs="Arial"/>
          <w:sz w:val="20"/>
          <w:szCs w:val="20"/>
          <w:lang w:val="es-PE"/>
        </w:rPr>
        <w:t>_____________________________</w:t>
      </w:r>
    </w:p>
    <w:p w14:paraId="1E43B5B9" w14:textId="2E1C328E" w:rsidR="00296281" w:rsidRPr="00E1667A" w:rsidRDefault="00000000" w:rsidP="006648B4">
      <w:pPr>
        <w:spacing w:after="0"/>
        <w:ind w:left="284"/>
        <w:rPr>
          <w:rFonts w:ascii="Arial" w:hAnsi="Arial" w:cs="Arial"/>
          <w:sz w:val="20"/>
          <w:szCs w:val="20"/>
          <w:lang w:val="es-PE"/>
        </w:rPr>
      </w:pPr>
      <w:r w:rsidRPr="00E1667A">
        <w:rPr>
          <w:rFonts w:ascii="Arial" w:hAnsi="Arial" w:cs="Arial"/>
          <w:sz w:val="20"/>
          <w:szCs w:val="20"/>
          <w:lang w:val="es-PE"/>
        </w:rPr>
        <w:t>________________________________________________</w:t>
      </w:r>
      <w:r w:rsidR="006648B4">
        <w:rPr>
          <w:rFonts w:ascii="Arial" w:hAnsi="Arial" w:cs="Arial"/>
          <w:sz w:val="20"/>
          <w:szCs w:val="20"/>
          <w:lang w:val="es-PE"/>
        </w:rPr>
        <w:t>_________________________________________</w:t>
      </w:r>
    </w:p>
    <w:p w14:paraId="5C3DCF1A" w14:textId="77777777" w:rsidR="006648B4" w:rsidRDefault="006648B4" w:rsidP="006648B4">
      <w:pPr>
        <w:spacing w:after="0"/>
        <w:ind w:left="284"/>
        <w:rPr>
          <w:rFonts w:ascii="Arial" w:hAnsi="Arial" w:cs="Arial"/>
          <w:sz w:val="20"/>
          <w:szCs w:val="20"/>
          <w:lang w:val="es-PE"/>
        </w:rPr>
      </w:pPr>
    </w:p>
    <w:p w14:paraId="269F48A9" w14:textId="311A6267" w:rsidR="00296281" w:rsidRPr="00E1667A" w:rsidRDefault="00000000" w:rsidP="006648B4">
      <w:pPr>
        <w:spacing w:after="0"/>
        <w:ind w:left="284"/>
        <w:rPr>
          <w:rFonts w:ascii="Arial" w:hAnsi="Arial" w:cs="Arial"/>
          <w:sz w:val="20"/>
          <w:szCs w:val="20"/>
          <w:lang w:val="es-PE"/>
        </w:rPr>
      </w:pPr>
      <w:r w:rsidRPr="00E1667A">
        <w:rPr>
          <w:rFonts w:ascii="Arial" w:hAnsi="Arial" w:cs="Arial"/>
          <w:sz w:val="20"/>
          <w:szCs w:val="20"/>
          <w:lang w:val="es-PE"/>
        </w:rPr>
        <w:t>Reflexionamos</w:t>
      </w:r>
    </w:p>
    <w:p w14:paraId="47B335B0" w14:textId="77777777" w:rsidR="00296281" w:rsidRPr="00E1667A" w:rsidRDefault="00000000" w:rsidP="006648B4">
      <w:pPr>
        <w:spacing w:after="0"/>
        <w:ind w:left="284"/>
        <w:rPr>
          <w:rFonts w:ascii="Arial" w:hAnsi="Arial" w:cs="Arial"/>
          <w:sz w:val="20"/>
          <w:szCs w:val="20"/>
          <w:lang w:val="es-PE"/>
        </w:rPr>
      </w:pPr>
      <w:r w:rsidRPr="00E1667A">
        <w:rPr>
          <w:rFonts w:ascii="Arial" w:hAnsi="Arial" w:cs="Arial"/>
          <w:sz w:val="20"/>
          <w:szCs w:val="20"/>
          <w:lang w:val="es-PE"/>
        </w:rPr>
        <w:t>¿Por qué crees que tu emprendimiento sería útil para la comunidad?</w:t>
      </w:r>
    </w:p>
    <w:p w14:paraId="411F86EA" w14:textId="498BD8B2" w:rsidR="00296281" w:rsidRPr="00E1667A" w:rsidRDefault="00000000" w:rsidP="006648B4">
      <w:pPr>
        <w:spacing w:after="0"/>
        <w:ind w:left="284"/>
        <w:rPr>
          <w:rFonts w:ascii="Arial" w:hAnsi="Arial" w:cs="Arial"/>
          <w:sz w:val="20"/>
          <w:szCs w:val="20"/>
        </w:rPr>
      </w:pPr>
      <w:r w:rsidRPr="00E1667A">
        <w:rPr>
          <w:rFonts w:ascii="Arial" w:hAnsi="Arial" w:cs="Arial"/>
          <w:sz w:val="20"/>
          <w:szCs w:val="20"/>
        </w:rPr>
        <w:t>______________________________________________</w:t>
      </w:r>
      <w:r w:rsidR="006648B4">
        <w:rPr>
          <w:rFonts w:ascii="Arial" w:hAnsi="Arial" w:cs="Arial"/>
          <w:sz w:val="20"/>
          <w:szCs w:val="20"/>
        </w:rPr>
        <w:t>_________________________________________</w:t>
      </w:r>
      <w:r w:rsidRPr="00E1667A">
        <w:rPr>
          <w:rFonts w:ascii="Arial" w:hAnsi="Arial" w:cs="Arial"/>
          <w:sz w:val="20"/>
          <w:szCs w:val="20"/>
        </w:rPr>
        <w:t>__</w:t>
      </w:r>
    </w:p>
    <w:p w14:paraId="7187A103" w14:textId="0F5844C2" w:rsidR="00296281" w:rsidRPr="00E1667A" w:rsidRDefault="00000000" w:rsidP="006648B4">
      <w:pPr>
        <w:spacing w:after="0"/>
        <w:ind w:left="284"/>
        <w:rPr>
          <w:rFonts w:ascii="Arial" w:hAnsi="Arial" w:cs="Arial"/>
          <w:sz w:val="20"/>
          <w:szCs w:val="20"/>
        </w:rPr>
      </w:pPr>
      <w:r w:rsidRPr="00E1667A">
        <w:rPr>
          <w:rFonts w:ascii="Arial" w:hAnsi="Arial" w:cs="Arial"/>
          <w:sz w:val="20"/>
          <w:szCs w:val="20"/>
        </w:rPr>
        <w:t>________________________________________________</w:t>
      </w:r>
      <w:r w:rsidR="006648B4">
        <w:rPr>
          <w:rFonts w:ascii="Arial" w:hAnsi="Arial" w:cs="Arial"/>
          <w:sz w:val="20"/>
          <w:szCs w:val="20"/>
        </w:rPr>
        <w:t>_________________________________________</w:t>
      </w:r>
    </w:p>
    <w:p w14:paraId="7B38E067" w14:textId="35672196" w:rsidR="00296281" w:rsidRPr="00E1667A" w:rsidRDefault="00000000" w:rsidP="006648B4">
      <w:pPr>
        <w:spacing w:after="0"/>
        <w:ind w:left="284"/>
        <w:rPr>
          <w:rFonts w:ascii="Arial" w:hAnsi="Arial" w:cs="Arial"/>
          <w:sz w:val="20"/>
          <w:szCs w:val="20"/>
        </w:rPr>
      </w:pPr>
      <w:r w:rsidRPr="00E1667A">
        <w:rPr>
          <w:rFonts w:ascii="Arial" w:hAnsi="Arial" w:cs="Arial"/>
          <w:sz w:val="20"/>
          <w:szCs w:val="20"/>
        </w:rPr>
        <w:t>________________________________________________</w:t>
      </w:r>
      <w:r w:rsidR="006648B4">
        <w:rPr>
          <w:rFonts w:ascii="Arial" w:hAnsi="Arial" w:cs="Arial"/>
          <w:sz w:val="20"/>
          <w:szCs w:val="20"/>
        </w:rPr>
        <w:t>_________________________________________</w:t>
      </w:r>
    </w:p>
    <w:p w14:paraId="4D39E477" w14:textId="4C6D2DC1" w:rsidR="006648B4" w:rsidRPr="00E1667A" w:rsidRDefault="00F745A7">
      <w:pPr>
        <w:spacing w:after="0"/>
        <w:ind w:left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  <w:lang w:val="es-PE"/>
        </w:rPr>
        <w:drawing>
          <wp:anchor distT="0" distB="0" distL="114300" distR="114300" simplePos="0" relativeHeight="251660288" behindDoc="0" locked="0" layoutInCell="1" allowOverlap="1" wp14:anchorId="4EA9EC29" wp14:editId="64A6AEC0">
            <wp:simplePos x="0" y="0"/>
            <wp:positionH relativeFrom="margin">
              <wp:posOffset>3565917</wp:posOffset>
            </wp:positionH>
            <wp:positionV relativeFrom="paragraph">
              <wp:posOffset>1002551</wp:posOffset>
            </wp:positionV>
            <wp:extent cx="2800635" cy="3431505"/>
            <wp:effectExtent l="0" t="0" r="0" b="0"/>
            <wp:wrapNone/>
            <wp:docPr id="705507484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5507484" name="Imagen 705507484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800635" cy="34315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6648B4" w:rsidRPr="00E1667A" w:rsidSect="006648B4">
      <w:pgSz w:w="12240" w:h="15840"/>
      <w:pgMar w:top="1134" w:right="758" w:bottom="1440" w:left="127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20300FCF"/>
    <w:multiLevelType w:val="hybridMultilevel"/>
    <w:tmpl w:val="3420044A"/>
    <w:lvl w:ilvl="0" w:tplc="E62CD36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364" w:hanging="360"/>
      </w:pPr>
    </w:lvl>
    <w:lvl w:ilvl="2" w:tplc="280A001B" w:tentative="1">
      <w:start w:val="1"/>
      <w:numFmt w:val="lowerRoman"/>
      <w:lvlText w:val="%3."/>
      <w:lvlJc w:val="right"/>
      <w:pPr>
        <w:ind w:left="2084" w:hanging="180"/>
      </w:pPr>
    </w:lvl>
    <w:lvl w:ilvl="3" w:tplc="280A000F" w:tentative="1">
      <w:start w:val="1"/>
      <w:numFmt w:val="decimal"/>
      <w:lvlText w:val="%4."/>
      <w:lvlJc w:val="left"/>
      <w:pPr>
        <w:ind w:left="2804" w:hanging="360"/>
      </w:pPr>
    </w:lvl>
    <w:lvl w:ilvl="4" w:tplc="280A0019" w:tentative="1">
      <w:start w:val="1"/>
      <w:numFmt w:val="lowerLetter"/>
      <w:lvlText w:val="%5."/>
      <w:lvlJc w:val="left"/>
      <w:pPr>
        <w:ind w:left="3524" w:hanging="360"/>
      </w:pPr>
    </w:lvl>
    <w:lvl w:ilvl="5" w:tplc="280A001B" w:tentative="1">
      <w:start w:val="1"/>
      <w:numFmt w:val="lowerRoman"/>
      <w:lvlText w:val="%6."/>
      <w:lvlJc w:val="right"/>
      <w:pPr>
        <w:ind w:left="4244" w:hanging="180"/>
      </w:pPr>
    </w:lvl>
    <w:lvl w:ilvl="6" w:tplc="280A000F" w:tentative="1">
      <w:start w:val="1"/>
      <w:numFmt w:val="decimal"/>
      <w:lvlText w:val="%7."/>
      <w:lvlJc w:val="left"/>
      <w:pPr>
        <w:ind w:left="4964" w:hanging="360"/>
      </w:pPr>
    </w:lvl>
    <w:lvl w:ilvl="7" w:tplc="280A0019" w:tentative="1">
      <w:start w:val="1"/>
      <w:numFmt w:val="lowerLetter"/>
      <w:lvlText w:val="%8."/>
      <w:lvlJc w:val="left"/>
      <w:pPr>
        <w:ind w:left="5684" w:hanging="360"/>
      </w:pPr>
    </w:lvl>
    <w:lvl w:ilvl="8" w:tplc="28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 w15:restartNumberingAfterBreak="0">
    <w:nsid w:val="2A536BA3"/>
    <w:multiLevelType w:val="multilevel"/>
    <w:tmpl w:val="280A001F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decimal"/>
      <w:lvlText w:val="%1.%2."/>
      <w:lvlJc w:val="left"/>
      <w:pPr>
        <w:ind w:left="1076" w:hanging="432"/>
      </w:pPr>
    </w:lvl>
    <w:lvl w:ilvl="2">
      <w:start w:val="1"/>
      <w:numFmt w:val="decimal"/>
      <w:lvlText w:val="%1.%2.%3."/>
      <w:lvlJc w:val="left"/>
      <w:pPr>
        <w:ind w:left="1508" w:hanging="504"/>
      </w:pPr>
    </w:lvl>
    <w:lvl w:ilvl="3">
      <w:start w:val="1"/>
      <w:numFmt w:val="decimal"/>
      <w:lvlText w:val="%1.%2.%3.%4."/>
      <w:lvlJc w:val="left"/>
      <w:pPr>
        <w:ind w:left="2012" w:hanging="648"/>
      </w:pPr>
    </w:lvl>
    <w:lvl w:ilvl="4">
      <w:start w:val="1"/>
      <w:numFmt w:val="decimal"/>
      <w:lvlText w:val="%1.%2.%3.%4.%5."/>
      <w:lvlJc w:val="left"/>
      <w:pPr>
        <w:ind w:left="2516" w:hanging="792"/>
      </w:pPr>
    </w:lvl>
    <w:lvl w:ilvl="5">
      <w:start w:val="1"/>
      <w:numFmt w:val="decimal"/>
      <w:lvlText w:val="%1.%2.%3.%4.%5.%6."/>
      <w:lvlJc w:val="left"/>
      <w:pPr>
        <w:ind w:left="3020" w:hanging="936"/>
      </w:pPr>
    </w:lvl>
    <w:lvl w:ilvl="6">
      <w:start w:val="1"/>
      <w:numFmt w:val="decimal"/>
      <w:lvlText w:val="%1.%2.%3.%4.%5.%6.%7."/>
      <w:lvlJc w:val="left"/>
      <w:pPr>
        <w:ind w:left="3524" w:hanging="1080"/>
      </w:pPr>
    </w:lvl>
    <w:lvl w:ilvl="7">
      <w:start w:val="1"/>
      <w:numFmt w:val="decimal"/>
      <w:lvlText w:val="%1.%2.%3.%4.%5.%6.%7.%8."/>
      <w:lvlJc w:val="left"/>
      <w:pPr>
        <w:ind w:left="4028" w:hanging="1224"/>
      </w:pPr>
    </w:lvl>
    <w:lvl w:ilvl="8">
      <w:start w:val="1"/>
      <w:numFmt w:val="decimal"/>
      <w:lvlText w:val="%1.%2.%3.%4.%5.%6.%7.%8.%9."/>
      <w:lvlJc w:val="left"/>
      <w:pPr>
        <w:ind w:left="4604" w:hanging="1440"/>
      </w:pPr>
    </w:lvl>
  </w:abstractNum>
  <w:abstractNum w:abstractNumId="11" w15:restartNumberingAfterBreak="0">
    <w:nsid w:val="4C2A1E52"/>
    <w:multiLevelType w:val="hybridMultilevel"/>
    <w:tmpl w:val="69683B2C"/>
    <w:lvl w:ilvl="0" w:tplc="2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BDE64D8"/>
    <w:multiLevelType w:val="hybridMultilevel"/>
    <w:tmpl w:val="DF74E918"/>
    <w:lvl w:ilvl="0" w:tplc="280A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 w16cid:durableId="534200021">
    <w:abstractNumId w:val="8"/>
  </w:num>
  <w:num w:numId="2" w16cid:durableId="1292370992">
    <w:abstractNumId w:val="6"/>
  </w:num>
  <w:num w:numId="3" w16cid:durableId="592859337">
    <w:abstractNumId w:val="5"/>
  </w:num>
  <w:num w:numId="4" w16cid:durableId="471287133">
    <w:abstractNumId w:val="4"/>
  </w:num>
  <w:num w:numId="5" w16cid:durableId="1928421598">
    <w:abstractNumId w:val="7"/>
  </w:num>
  <w:num w:numId="6" w16cid:durableId="606549061">
    <w:abstractNumId w:val="3"/>
  </w:num>
  <w:num w:numId="7" w16cid:durableId="440496793">
    <w:abstractNumId w:val="2"/>
  </w:num>
  <w:num w:numId="8" w16cid:durableId="875240315">
    <w:abstractNumId w:val="1"/>
  </w:num>
  <w:num w:numId="9" w16cid:durableId="193159608">
    <w:abstractNumId w:val="0"/>
  </w:num>
  <w:num w:numId="10" w16cid:durableId="338436495">
    <w:abstractNumId w:val="10"/>
  </w:num>
  <w:num w:numId="11" w16cid:durableId="981957052">
    <w:abstractNumId w:val="9"/>
  </w:num>
  <w:num w:numId="12" w16cid:durableId="623969851">
    <w:abstractNumId w:val="11"/>
  </w:num>
  <w:num w:numId="13" w16cid:durableId="141978864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8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87E60"/>
    <w:rsid w:val="0015074B"/>
    <w:rsid w:val="00296281"/>
    <w:rsid w:val="0029639D"/>
    <w:rsid w:val="00326F90"/>
    <w:rsid w:val="00481615"/>
    <w:rsid w:val="006648B4"/>
    <w:rsid w:val="008A6B2A"/>
    <w:rsid w:val="00AA1D8D"/>
    <w:rsid w:val="00B47730"/>
    <w:rsid w:val="00CB0664"/>
    <w:rsid w:val="00E1667A"/>
    <w:rsid w:val="00F745A7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4:docId w14:val="4DBF08CB"/>
  <w14:defaultImageDpi w14:val="300"/>
  <w15:docId w15:val="{7B790BD3-D814-450C-9049-3DF43CA0F3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Fuerte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3" Type="http://schemas.openxmlformats.org/officeDocument/2006/relationships/styles" Target="styles.xml"/><Relationship Id="rId7" Type="http://schemas.openxmlformats.org/officeDocument/2006/relationships/image" Target="media/image2.jp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598</Words>
  <Characters>3289</Characters>
  <Application>Microsoft Office Word</Application>
  <DocSecurity>0</DocSecurity>
  <Lines>27</Lines>
  <Paragraphs>7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3880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ARIANA HERVIAS SALAS</cp:lastModifiedBy>
  <cp:revision>2</cp:revision>
  <dcterms:created xsi:type="dcterms:W3CDTF">2026-04-09T13:00:00Z</dcterms:created>
  <dcterms:modified xsi:type="dcterms:W3CDTF">2026-04-09T13:00:00Z</dcterms:modified>
  <cp:category/>
</cp:coreProperties>
</file>