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78DC8" w14:textId="77777777" w:rsidR="009A020C" w:rsidRDefault="009A020C" w:rsidP="009A020C">
      <w:pPr>
        <w:spacing w:after="0"/>
        <w:jc w:val="center"/>
        <w:rPr>
          <w:rFonts w:ascii="Arial" w:hAnsi="Arial" w:cs="Arial"/>
          <w:b/>
          <w:bCs/>
          <w:sz w:val="28"/>
          <w:szCs w:val="28"/>
          <w:lang w:val="es-PE"/>
        </w:rPr>
      </w:pPr>
    </w:p>
    <w:p w14:paraId="73764615" w14:textId="067CD3D7" w:rsidR="0095521E" w:rsidRPr="009A020C" w:rsidRDefault="00000000" w:rsidP="009A020C">
      <w:pPr>
        <w:pBdr>
          <w:bottom w:val="single" w:sz="4" w:space="1" w:color="auto"/>
        </w:pBdr>
        <w:spacing w:after="0"/>
        <w:jc w:val="center"/>
        <w:rPr>
          <w:rFonts w:ascii="Arial" w:hAnsi="Arial" w:cs="Arial"/>
          <w:b/>
          <w:bCs/>
          <w:sz w:val="28"/>
          <w:szCs w:val="28"/>
          <w:lang w:val="es-PE"/>
        </w:rPr>
      </w:pPr>
      <w:r w:rsidRPr="009A020C">
        <w:rPr>
          <w:rFonts w:ascii="Arial" w:hAnsi="Arial" w:cs="Arial"/>
          <w:b/>
          <w:bCs/>
          <w:sz w:val="28"/>
          <w:szCs w:val="28"/>
          <w:lang w:val="es-PE"/>
        </w:rPr>
        <w:t>FICHA DE ACTIVIDADES</w:t>
      </w:r>
      <w:r w:rsidR="009A020C" w:rsidRPr="009A020C">
        <w:rPr>
          <w:rFonts w:ascii="Arial" w:hAnsi="Arial" w:cs="Arial"/>
          <w:b/>
          <w:bCs/>
          <w:sz w:val="28"/>
          <w:szCs w:val="28"/>
          <w:lang w:val="es-PE"/>
        </w:rPr>
        <w:t xml:space="preserve">: </w:t>
      </w:r>
      <w:r w:rsidRPr="009A020C">
        <w:rPr>
          <w:rFonts w:ascii="Arial" w:hAnsi="Arial" w:cs="Arial"/>
          <w:b/>
          <w:bCs/>
          <w:sz w:val="28"/>
          <w:szCs w:val="28"/>
          <w:lang w:val="es-PE"/>
        </w:rPr>
        <w:t>MEMORIA RAM: PARTES, CLASIFICACIÓN E INSTALACIÓN CORRECTA</w:t>
      </w:r>
    </w:p>
    <w:p w14:paraId="65CF7D30" w14:textId="77777777" w:rsidR="009A020C" w:rsidRDefault="009A020C" w:rsidP="009A020C">
      <w:pPr>
        <w:spacing w:after="0"/>
        <w:rPr>
          <w:rFonts w:ascii="Arial" w:hAnsi="Arial" w:cs="Arial"/>
          <w:sz w:val="22"/>
          <w:lang w:val="es-PE"/>
        </w:rPr>
      </w:pPr>
    </w:p>
    <w:p w14:paraId="50ABB4D6" w14:textId="7588B11E" w:rsidR="0095521E" w:rsidRPr="009A020C" w:rsidRDefault="00000000" w:rsidP="009A020C">
      <w:pPr>
        <w:spacing w:after="0"/>
        <w:rPr>
          <w:rFonts w:ascii="Arial" w:hAnsi="Arial" w:cs="Arial"/>
          <w:b/>
          <w:bCs/>
          <w:sz w:val="22"/>
          <w:lang w:val="es-PE"/>
        </w:rPr>
      </w:pPr>
      <w:r w:rsidRPr="009A020C">
        <w:rPr>
          <w:rFonts w:ascii="Arial" w:hAnsi="Arial" w:cs="Arial"/>
          <w:b/>
          <w:bCs/>
          <w:sz w:val="22"/>
          <w:lang w:val="es-PE"/>
        </w:rPr>
        <w:t>1. Activamos nuestros saberes previos</w:t>
      </w:r>
    </w:p>
    <w:p w14:paraId="6645580C" w14:textId="77777777" w:rsidR="0095521E" w:rsidRPr="009A020C" w:rsidRDefault="00000000" w:rsidP="009A020C">
      <w:pPr>
        <w:spacing w:after="0"/>
        <w:ind w:left="284"/>
        <w:rPr>
          <w:rFonts w:ascii="Arial" w:hAnsi="Arial" w:cs="Arial"/>
          <w:sz w:val="22"/>
          <w:lang w:val="es-PE"/>
        </w:rPr>
      </w:pPr>
      <w:r w:rsidRPr="009A020C">
        <w:rPr>
          <w:rFonts w:ascii="Arial" w:hAnsi="Arial" w:cs="Arial"/>
          <w:sz w:val="22"/>
          <w:lang w:val="es-PE"/>
        </w:rPr>
        <w:t>1) ¿Qué función cumple la memoria RAM en una computadora?</w:t>
      </w:r>
    </w:p>
    <w:p w14:paraId="0D4FAA31" w14:textId="77777777" w:rsidR="0095521E" w:rsidRPr="009A020C" w:rsidRDefault="00000000" w:rsidP="009A020C">
      <w:pPr>
        <w:spacing w:after="0"/>
        <w:ind w:left="284"/>
        <w:rPr>
          <w:rFonts w:ascii="Arial" w:hAnsi="Arial" w:cs="Arial"/>
          <w:sz w:val="22"/>
          <w:lang w:val="es-PE"/>
        </w:rPr>
      </w:pPr>
      <w:r w:rsidRPr="009A020C">
        <w:rPr>
          <w:rFonts w:ascii="Arial" w:hAnsi="Arial" w:cs="Arial"/>
          <w:sz w:val="22"/>
          <w:lang w:val="es-PE"/>
        </w:rPr>
        <w:t>________________________________________________________________________________</w:t>
      </w:r>
    </w:p>
    <w:p w14:paraId="4440C782" w14:textId="77777777" w:rsidR="0095521E" w:rsidRPr="009A020C" w:rsidRDefault="00000000" w:rsidP="009A020C">
      <w:pPr>
        <w:spacing w:after="0"/>
        <w:ind w:left="284"/>
        <w:rPr>
          <w:rFonts w:ascii="Arial" w:hAnsi="Arial" w:cs="Arial"/>
          <w:sz w:val="22"/>
          <w:lang w:val="es-PE"/>
        </w:rPr>
      </w:pPr>
      <w:r w:rsidRPr="009A020C">
        <w:rPr>
          <w:rFonts w:ascii="Arial" w:hAnsi="Arial" w:cs="Arial"/>
          <w:sz w:val="22"/>
          <w:lang w:val="es-PE"/>
        </w:rPr>
        <w:t>________________________________________________________________________________</w:t>
      </w:r>
    </w:p>
    <w:p w14:paraId="0432986D" w14:textId="77777777" w:rsidR="0095521E" w:rsidRPr="009A020C" w:rsidRDefault="00000000" w:rsidP="009A020C">
      <w:pPr>
        <w:spacing w:after="0"/>
        <w:ind w:left="284"/>
        <w:rPr>
          <w:rFonts w:ascii="Arial" w:hAnsi="Arial" w:cs="Arial"/>
          <w:sz w:val="22"/>
          <w:lang w:val="es-PE"/>
        </w:rPr>
      </w:pPr>
      <w:r w:rsidRPr="009A020C">
        <w:rPr>
          <w:rFonts w:ascii="Arial" w:hAnsi="Arial" w:cs="Arial"/>
          <w:sz w:val="22"/>
          <w:lang w:val="es-PE"/>
        </w:rPr>
        <w:t>2) ¿En qué se diferencia la memoria RAM de un disco duro o SSD?</w:t>
      </w:r>
    </w:p>
    <w:p w14:paraId="240E4B0A" w14:textId="77777777" w:rsidR="0095521E" w:rsidRPr="009A020C" w:rsidRDefault="00000000" w:rsidP="009A020C">
      <w:pPr>
        <w:spacing w:after="0"/>
        <w:ind w:left="284"/>
        <w:rPr>
          <w:rFonts w:ascii="Arial" w:hAnsi="Arial" w:cs="Arial"/>
          <w:sz w:val="22"/>
          <w:lang w:val="es-PE"/>
        </w:rPr>
      </w:pPr>
      <w:r w:rsidRPr="009A020C">
        <w:rPr>
          <w:rFonts w:ascii="Arial" w:hAnsi="Arial" w:cs="Arial"/>
          <w:sz w:val="22"/>
          <w:lang w:val="es-PE"/>
        </w:rPr>
        <w:t>________________________________________________________________________________</w:t>
      </w:r>
    </w:p>
    <w:p w14:paraId="5361965F" w14:textId="77777777" w:rsidR="0095521E" w:rsidRPr="009A020C" w:rsidRDefault="00000000" w:rsidP="009A020C">
      <w:pPr>
        <w:spacing w:after="0"/>
        <w:ind w:left="284"/>
        <w:rPr>
          <w:rFonts w:ascii="Arial" w:hAnsi="Arial" w:cs="Arial"/>
          <w:sz w:val="22"/>
          <w:lang w:val="es-PE"/>
        </w:rPr>
      </w:pPr>
      <w:r w:rsidRPr="009A020C">
        <w:rPr>
          <w:rFonts w:ascii="Arial" w:hAnsi="Arial" w:cs="Arial"/>
          <w:sz w:val="22"/>
          <w:lang w:val="es-PE"/>
        </w:rPr>
        <w:t>3) ¿Toda memoria RAM puede instalarse en cualquier placa madre? Explica.</w:t>
      </w:r>
    </w:p>
    <w:p w14:paraId="61D2AF40" w14:textId="77777777" w:rsidR="0095521E" w:rsidRPr="009A020C" w:rsidRDefault="00000000" w:rsidP="009A020C">
      <w:pPr>
        <w:spacing w:after="0"/>
        <w:ind w:left="284"/>
        <w:rPr>
          <w:rFonts w:ascii="Arial" w:hAnsi="Arial" w:cs="Arial"/>
          <w:sz w:val="22"/>
          <w:lang w:val="es-PE"/>
        </w:rPr>
      </w:pPr>
      <w:r w:rsidRPr="009A020C">
        <w:rPr>
          <w:rFonts w:ascii="Arial" w:hAnsi="Arial" w:cs="Arial"/>
          <w:sz w:val="22"/>
          <w:lang w:val="es-PE"/>
        </w:rPr>
        <w:t>________________________________________________________________________________</w:t>
      </w:r>
    </w:p>
    <w:p w14:paraId="4FD11030" w14:textId="77777777" w:rsidR="009A020C" w:rsidRDefault="009A020C" w:rsidP="009A020C">
      <w:pPr>
        <w:spacing w:after="0"/>
        <w:rPr>
          <w:rFonts w:ascii="Arial" w:hAnsi="Arial" w:cs="Arial"/>
          <w:sz w:val="22"/>
          <w:lang w:val="es-PE"/>
        </w:rPr>
      </w:pPr>
    </w:p>
    <w:p w14:paraId="6A9A03F0" w14:textId="7C5123A3" w:rsidR="0095521E" w:rsidRPr="009A020C" w:rsidRDefault="00000000" w:rsidP="009A020C">
      <w:pPr>
        <w:spacing w:after="0"/>
        <w:rPr>
          <w:rFonts w:ascii="Arial" w:hAnsi="Arial" w:cs="Arial"/>
          <w:b/>
          <w:bCs/>
          <w:sz w:val="22"/>
          <w:lang w:val="es-PE"/>
        </w:rPr>
      </w:pPr>
      <w:r w:rsidRPr="009A020C">
        <w:rPr>
          <w:rFonts w:ascii="Arial" w:hAnsi="Arial" w:cs="Arial"/>
          <w:b/>
          <w:bCs/>
          <w:sz w:val="22"/>
          <w:lang w:val="es-PE"/>
        </w:rPr>
        <w:t>2. Reconocemos las partes del módulo RAM</w:t>
      </w:r>
    </w:p>
    <w:p w14:paraId="3195F84A" w14:textId="77777777" w:rsidR="0095521E" w:rsidRDefault="00000000" w:rsidP="009A020C">
      <w:pPr>
        <w:spacing w:after="0"/>
        <w:ind w:left="284"/>
        <w:rPr>
          <w:rFonts w:ascii="Arial" w:hAnsi="Arial" w:cs="Arial"/>
          <w:sz w:val="22"/>
          <w:lang w:val="es-PE"/>
        </w:rPr>
      </w:pPr>
      <w:r w:rsidRPr="009A020C">
        <w:rPr>
          <w:rFonts w:ascii="Arial" w:hAnsi="Arial" w:cs="Arial"/>
          <w:sz w:val="22"/>
          <w:lang w:val="es-PE"/>
        </w:rPr>
        <w:t>Observa el módulo entregado por el docente. Completa la función de cada parte y marca si lograste identificarla.</w:t>
      </w:r>
    </w:p>
    <w:p w14:paraId="5C864EEB" w14:textId="77777777" w:rsidR="009A020C" w:rsidRPr="009A020C" w:rsidRDefault="009A020C" w:rsidP="009A020C">
      <w:pPr>
        <w:spacing w:after="0"/>
        <w:rPr>
          <w:rFonts w:ascii="Arial" w:hAnsi="Arial" w:cs="Arial"/>
          <w:sz w:val="22"/>
          <w:lang w:val="es-PE"/>
        </w:rPr>
      </w:pPr>
    </w:p>
    <w:tbl>
      <w:tblPr>
        <w:tblStyle w:val="Tablaconcuadrcul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256"/>
        <w:gridCol w:w="3444"/>
        <w:gridCol w:w="2400"/>
        <w:gridCol w:w="1260"/>
      </w:tblGrid>
      <w:tr w:rsidR="0095521E" w:rsidRPr="009A020C" w14:paraId="35F99E2F" w14:textId="77777777" w:rsidTr="009A020C">
        <w:trPr>
          <w:cantSplit/>
          <w:tblHeader/>
        </w:trPr>
        <w:tc>
          <w:tcPr>
            <w:tcW w:w="2256" w:type="dxa"/>
            <w:shd w:val="clear" w:color="auto" w:fill="17365D"/>
            <w:vAlign w:val="center"/>
          </w:tcPr>
          <w:p w14:paraId="6162EA26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Parte</w:t>
            </w:r>
          </w:p>
        </w:tc>
        <w:tc>
          <w:tcPr>
            <w:tcW w:w="3444" w:type="dxa"/>
            <w:shd w:val="clear" w:color="auto" w:fill="17365D"/>
            <w:vAlign w:val="center"/>
          </w:tcPr>
          <w:p w14:paraId="2ABDA7A5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Función</w:t>
            </w:r>
          </w:p>
        </w:tc>
        <w:tc>
          <w:tcPr>
            <w:tcW w:w="2400" w:type="dxa"/>
            <w:shd w:val="clear" w:color="auto" w:fill="17365D"/>
            <w:vAlign w:val="center"/>
          </w:tcPr>
          <w:p w14:paraId="48D537BD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¿Cómo la reconocí?</w:t>
            </w:r>
          </w:p>
        </w:tc>
        <w:tc>
          <w:tcPr>
            <w:tcW w:w="1260" w:type="dxa"/>
            <w:shd w:val="clear" w:color="auto" w:fill="17365D"/>
            <w:vAlign w:val="center"/>
          </w:tcPr>
          <w:p w14:paraId="36C81C7C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Identifiqué</w:t>
            </w:r>
          </w:p>
        </w:tc>
      </w:tr>
      <w:tr w:rsidR="0095521E" w:rsidRPr="009A020C" w14:paraId="7E0C8D09" w14:textId="77777777" w:rsidTr="009A020C">
        <w:trPr>
          <w:cantSplit/>
        </w:trPr>
        <w:tc>
          <w:tcPr>
            <w:tcW w:w="2256" w:type="dxa"/>
          </w:tcPr>
          <w:p w14:paraId="44364272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PCB o placa electrónica</w:t>
            </w:r>
          </w:p>
        </w:tc>
        <w:tc>
          <w:tcPr>
            <w:tcW w:w="3444" w:type="dxa"/>
          </w:tcPr>
          <w:p w14:paraId="709FF34A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  <w:tc>
          <w:tcPr>
            <w:tcW w:w="2400" w:type="dxa"/>
          </w:tcPr>
          <w:p w14:paraId="434562F5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  <w:tc>
          <w:tcPr>
            <w:tcW w:w="1260" w:type="dxa"/>
          </w:tcPr>
          <w:p w14:paraId="57F21B42" w14:textId="77777777" w:rsidR="0095521E" w:rsidRPr="009A020C" w:rsidRDefault="00000000" w:rsidP="009A020C">
            <w:pPr>
              <w:spacing w:after="0"/>
              <w:ind w:left="143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Segoe UI Symbol" w:hAnsi="Segoe UI Symbol" w:cs="Segoe UI Symbol"/>
                <w:sz w:val="22"/>
                <w:lang w:val="es-PE"/>
              </w:rPr>
              <w:t>☐</w:t>
            </w:r>
          </w:p>
        </w:tc>
      </w:tr>
      <w:tr w:rsidR="0095521E" w:rsidRPr="009A020C" w14:paraId="69F0F2E9" w14:textId="77777777" w:rsidTr="009A020C">
        <w:trPr>
          <w:cantSplit/>
        </w:trPr>
        <w:tc>
          <w:tcPr>
            <w:tcW w:w="2256" w:type="dxa"/>
            <w:shd w:val="clear" w:color="auto" w:fill="F7FAFC"/>
          </w:tcPr>
          <w:p w14:paraId="428B9F36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Chips de memoria</w:t>
            </w:r>
          </w:p>
        </w:tc>
        <w:tc>
          <w:tcPr>
            <w:tcW w:w="3444" w:type="dxa"/>
            <w:shd w:val="clear" w:color="auto" w:fill="F7FAFC"/>
          </w:tcPr>
          <w:p w14:paraId="0167A7B9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  <w:tc>
          <w:tcPr>
            <w:tcW w:w="2400" w:type="dxa"/>
            <w:shd w:val="clear" w:color="auto" w:fill="F7FAFC"/>
          </w:tcPr>
          <w:p w14:paraId="009A142A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  <w:tc>
          <w:tcPr>
            <w:tcW w:w="1260" w:type="dxa"/>
            <w:shd w:val="clear" w:color="auto" w:fill="F7FAFC"/>
          </w:tcPr>
          <w:p w14:paraId="32044C54" w14:textId="77777777" w:rsidR="0095521E" w:rsidRPr="009A020C" w:rsidRDefault="00000000" w:rsidP="009A020C">
            <w:pPr>
              <w:spacing w:after="0"/>
              <w:ind w:left="143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Segoe UI Symbol" w:hAnsi="Segoe UI Symbol" w:cs="Segoe UI Symbol"/>
                <w:sz w:val="22"/>
                <w:lang w:val="es-PE"/>
              </w:rPr>
              <w:t>☐</w:t>
            </w:r>
          </w:p>
        </w:tc>
      </w:tr>
      <w:tr w:rsidR="0095521E" w:rsidRPr="009A020C" w14:paraId="3F4B1022" w14:textId="77777777" w:rsidTr="009A020C">
        <w:trPr>
          <w:cantSplit/>
        </w:trPr>
        <w:tc>
          <w:tcPr>
            <w:tcW w:w="2256" w:type="dxa"/>
          </w:tcPr>
          <w:p w14:paraId="5BA3D5A2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Contactos dorados</w:t>
            </w:r>
          </w:p>
        </w:tc>
        <w:tc>
          <w:tcPr>
            <w:tcW w:w="3444" w:type="dxa"/>
          </w:tcPr>
          <w:p w14:paraId="3747891C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  <w:tc>
          <w:tcPr>
            <w:tcW w:w="2400" w:type="dxa"/>
          </w:tcPr>
          <w:p w14:paraId="4E63C82B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  <w:tc>
          <w:tcPr>
            <w:tcW w:w="1260" w:type="dxa"/>
          </w:tcPr>
          <w:p w14:paraId="65030105" w14:textId="77777777" w:rsidR="0095521E" w:rsidRPr="009A020C" w:rsidRDefault="00000000" w:rsidP="009A020C">
            <w:pPr>
              <w:spacing w:after="0"/>
              <w:ind w:left="143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Segoe UI Symbol" w:hAnsi="Segoe UI Symbol" w:cs="Segoe UI Symbol"/>
                <w:sz w:val="22"/>
                <w:lang w:val="es-PE"/>
              </w:rPr>
              <w:t>☐</w:t>
            </w:r>
          </w:p>
        </w:tc>
      </w:tr>
      <w:tr w:rsidR="0095521E" w:rsidRPr="009A020C" w14:paraId="78E68AB9" w14:textId="77777777" w:rsidTr="009A020C">
        <w:trPr>
          <w:cantSplit/>
        </w:trPr>
        <w:tc>
          <w:tcPr>
            <w:tcW w:w="2256" w:type="dxa"/>
            <w:shd w:val="clear" w:color="auto" w:fill="F7FAFC"/>
          </w:tcPr>
          <w:p w14:paraId="3DB6B0BC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Muesca de posición</w:t>
            </w:r>
          </w:p>
        </w:tc>
        <w:tc>
          <w:tcPr>
            <w:tcW w:w="3444" w:type="dxa"/>
            <w:shd w:val="clear" w:color="auto" w:fill="F7FAFC"/>
          </w:tcPr>
          <w:p w14:paraId="24A6E19C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  <w:tc>
          <w:tcPr>
            <w:tcW w:w="2400" w:type="dxa"/>
            <w:shd w:val="clear" w:color="auto" w:fill="F7FAFC"/>
          </w:tcPr>
          <w:p w14:paraId="3129D1D3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  <w:tc>
          <w:tcPr>
            <w:tcW w:w="1260" w:type="dxa"/>
            <w:shd w:val="clear" w:color="auto" w:fill="F7FAFC"/>
          </w:tcPr>
          <w:p w14:paraId="2C634F50" w14:textId="77777777" w:rsidR="0095521E" w:rsidRPr="009A020C" w:rsidRDefault="00000000" w:rsidP="009A020C">
            <w:pPr>
              <w:spacing w:after="0"/>
              <w:ind w:left="143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Segoe UI Symbol" w:hAnsi="Segoe UI Symbol" w:cs="Segoe UI Symbol"/>
                <w:sz w:val="22"/>
                <w:lang w:val="es-PE"/>
              </w:rPr>
              <w:t>☐</w:t>
            </w:r>
          </w:p>
        </w:tc>
      </w:tr>
      <w:tr w:rsidR="0095521E" w:rsidRPr="009A020C" w14:paraId="19C2741C" w14:textId="77777777" w:rsidTr="009A020C">
        <w:trPr>
          <w:cantSplit/>
        </w:trPr>
        <w:tc>
          <w:tcPr>
            <w:tcW w:w="2256" w:type="dxa"/>
          </w:tcPr>
          <w:p w14:paraId="3F64D32B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Etiqueta técnica</w:t>
            </w:r>
          </w:p>
        </w:tc>
        <w:tc>
          <w:tcPr>
            <w:tcW w:w="3444" w:type="dxa"/>
          </w:tcPr>
          <w:p w14:paraId="1A05EB1F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  <w:tc>
          <w:tcPr>
            <w:tcW w:w="2400" w:type="dxa"/>
          </w:tcPr>
          <w:p w14:paraId="7019B736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  <w:tc>
          <w:tcPr>
            <w:tcW w:w="1260" w:type="dxa"/>
          </w:tcPr>
          <w:p w14:paraId="2596803D" w14:textId="77777777" w:rsidR="0095521E" w:rsidRPr="009A020C" w:rsidRDefault="00000000" w:rsidP="009A020C">
            <w:pPr>
              <w:spacing w:after="0"/>
              <w:ind w:left="143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Segoe UI Symbol" w:hAnsi="Segoe UI Symbol" w:cs="Segoe UI Symbol"/>
                <w:sz w:val="22"/>
                <w:lang w:val="es-PE"/>
              </w:rPr>
              <w:t>☐</w:t>
            </w:r>
          </w:p>
        </w:tc>
      </w:tr>
      <w:tr w:rsidR="0095521E" w:rsidRPr="009A020C" w14:paraId="5A381B6E" w14:textId="77777777" w:rsidTr="009A020C">
        <w:trPr>
          <w:cantSplit/>
        </w:trPr>
        <w:tc>
          <w:tcPr>
            <w:tcW w:w="2256" w:type="dxa"/>
            <w:shd w:val="clear" w:color="auto" w:fill="F7FAFC"/>
          </w:tcPr>
          <w:p w14:paraId="53ED28BE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Disipador térmico (si tiene)</w:t>
            </w:r>
          </w:p>
        </w:tc>
        <w:tc>
          <w:tcPr>
            <w:tcW w:w="3444" w:type="dxa"/>
            <w:shd w:val="clear" w:color="auto" w:fill="F7FAFC"/>
          </w:tcPr>
          <w:p w14:paraId="4C40E14E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  <w:tc>
          <w:tcPr>
            <w:tcW w:w="2400" w:type="dxa"/>
            <w:shd w:val="clear" w:color="auto" w:fill="F7FAFC"/>
          </w:tcPr>
          <w:p w14:paraId="701056D5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  <w:tc>
          <w:tcPr>
            <w:tcW w:w="1260" w:type="dxa"/>
            <w:shd w:val="clear" w:color="auto" w:fill="F7FAFC"/>
          </w:tcPr>
          <w:p w14:paraId="3DE01FFE" w14:textId="77777777" w:rsidR="0095521E" w:rsidRPr="009A020C" w:rsidRDefault="00000000" w:rsidP="009A020C">
            <w:pPr>
              <w:spacing w:after="0"/>
              <w:ind w:left="143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Segoe UI Symbol" w:hAnsi="Segoe UI Symbol" w:cs="Segoe UI Symbol"/>
                <w:sz w:val="22"/>
                <w:lang w:val="es-PE"/>
              </w:rPr>
              <w:t>☐</w:t>
            </w:r>
          </w:p>
        </w:tc>
      </w:tr>
    </w:tbl>
    <w:p w14:paraId="358121BB" w14:textId="02024B88" w:rsidR="0095521E" w:rsidRPr="009A020C" w:rsidRDefault="0095521E" w:rsidP="009A020C">
      <w:pPr>
        <w:spacing w:after="0"/>
        <w:rPr>
          <w:rFonts w:ascii="Arial" w:hAnsi="Arial" w:cs="Arial"/>
          <w:sz w:val="22"/>
          <w:lang w:val="es-PE"/>
        </w:rPr>
      </w:pPr>
    </w:p>
    <w:p w14:paraId="35F7C373" w14:textId="77777777" w:rsidR="0095521E" w:rsidRPr="009A020C" w:rsidRDefault="00000000" w:rsidP="009A020C">
      <w:pPr>
        <w:spacing w:after="0"/>
        <w:rPr>
          <w:rFonts w:ascii="Arial" w:hAnsi="Arial" w:cs="Arial"/>
          <w:b/>
          <w:bCs/>
          <w:sz w:val="22"/>
          <w:lang w:val="es-PE"/>
        </w:rPr>
      </w:pPr>
      <w:r w:rsidRPr="009A020C">
        <w:rPr>
          <w:rFonts w:ascii="Arial" w:hAnsi="Arial" w:cs="Arial"/>
          <w:b/>
          <w:bCs/>
          <w:sz w:val="22"/>
          <w:lang w:val="es-PE"/>
        </w:rPr>
        <w:t>3. Clasificamos la memoria RAM</w:t>
      </w:r>
    </w:p>
    <w:p w14:paraId="7D11D54F" w14:textId="77777777" w:rsidR="0095521E" w:rsidRDefault="00000000" w:rsidP="009A020C">
      <w:pPr>
        <w:spacing w:after="0"/>
        <w:ind w:left="284"/>
        <w:rPr>
          <w:rFonts w:ascii="Arial" w:hAnsi="Arial" w:cs="Arial"/>
          <w:sz w:val="22"/>
          <w:lang w:val="es-PE"/>
        </w:rPr>
      </w:pPr>
      <w:r w:rsidRPr="009A020C">
        <w:rPr>
          <w:rFonts w:ascii="Arial" w:hAnsi="Arial" w:cs="Arial"/>
          <w:sz w:val="22"/>
          <w:lang w:val="es-PE"/>
        </w:rPr>
        <w:t>Completa la tabla con ayuda de la explicación del docente, las etiquetas de los módulos o una ficha técnica.</w:t>
      </w:r>
    </w:p>
    <w:p w14:paraId="404AF978" w14:textId="77777777" w:rsidR="009A020C" w:rsidRPr="009A020C" w:rsidRDefault="009A020C" w:rsidP="009A020C">
      <w:pPr>
        <w:spacing w:after="0"/>
        <w:ind w:left="284"/>
        <w:rPr>
          <w:rFonts w:ascii="Arial" w:hAnsi="Arial" w:cs="Arial"/>
          <w:sz w:val="22"/>
          <w:lang w:val="es-PE"/>
        </w:rPr>
      </w:pPr>
    </w:p>
    <w:tbl>
      <w:tblPr>
        <w:tblStyle w:val="Tablaconcuadrcul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100"/>
        <w:gridCol w:w="1500"/>
        <w:gridCol w:w="1450"/>
        <w:gridCol w:w="1650"/>
        <w:gridCol w:w="1750"/>
        <w:gridCol w:w="1910"/>
      </w:tblGrid>
      <w:tr w:rsidR="0095521E" w:rsidRPr="009A020C" w14:paraId="60612898" w14:textId="77777777" w:rsidTr="009A020C">
        <w:trPr>
          <w:cantSplit/>
          <w:tblHeader/>
        </w:trPr>
        <w:tc>
          <w:tcPr>
            <w:tcW w:w="1100" w:type="dxa"/>
            <w:shd w:val="clear" w:color="auto" w:fill="17365D" w:themeFill="text2" w:themeFillShade="BF"/>
            <w:vAlign w:val="center"/>
          </w:tcPr>
          <w:p w14:paraId="3031434B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es-PE"/>
              </w:rPr>
            </w:pPr>
            <w:r w:rsidRPr="009A020C">
              <w:rPr>
                <w:rFonts w:ascii="Arial" w:hAnsi="Arial" w:cs="Arial"/>
                <w:sz w:val="18"/>
                <w:szCs w:val="18"/>
                <w:lang w:val="es-PE"/>
              </w:rPr>
              <w:t>Tipo</w:t>
            </w:r>
          </w:p>
        </w:tc>
        <w:tc>
          <w:tcPr>
            <w:tcW w:w="1500" w:type="dxa"/>
            <w:shd w:val="clear" w:color="auto" w:fill="17365D" w:themeFill="text2" w:themeFillShade="BF"/>
            <w:vAlign w:val="center"/>
          </w:tcPr>
          <w:p w14:paraId="6CEF5701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es-PE"/>
              </w:rPr>
            </w:pPr>
            <w:r w:rsidRPr="009A020C">
              <w:rPr>
                <w:rFonts w:ascii="Arial" w:hAnsi="Arial" w:cs="Arial"/>
                <w:sz w:val="18"/>
                <w:szCs w:val="18"/>
                <w:lang w:val="es-PE"/>
              </w:rPr>
              <w:t>Uso común</w:t>
            </w:r>
          </w:p>
        </w:tc>
        <w:tc>
          <w:tcPr>
            <w:tcW w:w="1450" w:type="dxa"/>
            <w:shd w:val="clear" w:color="auto" w:fill="17365D" w:themeFill="text2" w:themeFillShade="BF"/>
            <w:vAlign w:val="center"/>
          </w:tcPr>
          <w:p w14:paraId="34E9BB7F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es-PE"/>
              </w:rPr>
            </w:pPr>
            <w:r w:rsidRPr="009A020C">
              <w:rPr>
                <w:rFonts w:ascii="Arial" w:hAnsi="Arial" w:cs="Arial"/>
                <w:sz w:val="18"/>
                <w:szCs w:val="18"/>
                <w:lang w:val="es-PE"/>
              </w:rPr>
              <w:t>Formato</w:t>
            </w:r>
          </w:p>
        </w:tc>
        <w:tc>
          <w:tcPr>
            <w:tcW w:w="1650" w:type="dxa"/>
            <w:shd w:val="clear" w:color="auto" w:fill="17365D" w:themeFill="text2" w:themeFillShade="BF"/>
            <w:vAlign w:val="center"/>
          </w:tcPr>
          <w:p w14:paraId="05CAD3FA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es-PE"/>
              </w:rPr>
            </w:pPr>
            <w:r w:rsidRPr="009A020C">
              <w:rPr>
                <w:rFonts w:ascii="Arial" w:hAnsi="Arial" w:cs="Arial"/>
                <w:sz w:val="18"/>
                <w:szCs w:val="18"/>
                <w:lang w:val="es-PE"/>
              </w:rPr>
              <w:t>Velocidad aprox.</w:t>
            </w:r>
          </w:p>
        </w:tc>
        <w:tc>
          <w:tcPr>
            <w:tcW w:w="1750" w:type="dxa"/>
            <w:shd w:val="clear" w:color="auto" w:fill="17365D" w:themeFill="text2" w:themeFillShade="BF"/>
            <w:vAlign w:val="center"/>
          </w:tcPr>
          <w:p w14:paraId="5132D352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es-PE"/>
              </w:rPr>
            </w:pPr>
            <w:r w:rsidRPr="009A020C">
              <w:rPr>
                <w:rFonts w:ascii="Arial" w:hAnsi="Arial" w:cs="Arial"/>
                <w:sz w:val="18"/>
                <w:szCs w:val="18"/>
                <w:lang w:val="es-PE"/>
              </w:rPr>
              <w:t>Voltaje típico</w:t>
            </w:r>
          </w:p>
        </w:tc>
        <w:tc>
          <w:tcPr>
            <w:tcW w:w="1910" w:type="dxa"/>
            <w:shd w:val="clear" w:color="auto" w:fill="17365D" w:themeFill="text2" w:themeFillShade="BF"/>
            <w:vAlign w:val="center"/>
          </w:tcPr>
          <w:p w14:paraId="25E1BECB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es-PE"/>
              </w:rPr>
            </w:pPr>
            <w:r w:rsidRPr="009A020C">
              <w:rPr>
                <w:rFonts w:ascii="Arial" w:hAnsi="Arial" w:cs="Arial"/>
                <w:sz w:val="18"/>
                <w:szCs w:val="18"/>
                <w:lang w:val="es-PE"/>
              </w:rPr>
              <w:t>Posición de muesca</w:t>
            </w:r>
          </w:p>
        </w:tc>
      </w:tr>
      <w:tr w:rsidR="0095521E" w:rsidRPr="009A020C" w14:paraId="2EF287E6" w14:textId="77777777">
        <w:trPr>
          <w:cantSplit/>
        </w:trPr>
        <w:tc>
          <w:tcPr>
            <w:tcW w:w="1100" w:type="dxa"/>
          </w:tcPr>
          <w:p w14:paraId="0A5F2790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DDR3</w:t>
            </w:r>
          </w:p>
        </w:tc>
        <w:tc>
          <w:tcPr>
            <w:tcW w:w="1500" w:type="dxa"/>
          </w:tcPr>
          <w:p w14:paraId="7F7D78B4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  <w:tc>
          <w:tcPr>
            <w:tcW w:w="1450" w:type="dxa"/>
          </w:tcPr>
          <w:p w14:paraId="0B8C96D7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9A020C">
              <w:rPr>
                <w:rFonts w:ascii="Arial" w:hAnsi="Arial" w:cs="Arial"/>
                <w:sz w:val="20"/>
                <w:szCs w:val="20"/>
                <w:lang w:val="es-PE"/>
              </w:rPr>
              <w:t>DIMM / SO-DIMM</w:t>
            </w:r>
          </w:p>
        </w:tc>
        <w:tc>
          <w:tcPr>
            <w:tcW w:w="1650" w:type="dxa"/>
          </w:tcPr>
          <w:p w14:paraId="2B837CEA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  <w:tc>
          <w:tcPr>
            <w:tcW w:w="1750" w:type="dxa"/>
          </w:tcPr>
          <w:p w14:paraId="6E5BE96F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  <w:tc>
          <w:tcPr>
            <w:tcW w:w="1910" w:type="dxa"/>
          </w:tcPr>
          <w:p w14:paraId="57172BA7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</w:tr>
      <w:tr w:rsidR="0095521E" w:rsidRPr="009A020C" w14:paraId="73096874" w14:textId="77777777">
        <w:trPr>
          <w:cantSplit/>
        </w:trPr>
        <w:tc>
          <w:tcPr>
            <w:tcW w:w="1100" w:type="dxa"/>
          </w:tcPr>
          <w:p w14:paraId="2954616A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DDR4</w:t>
            </w:r>
          </w:p>
        </w:tc>
        <w:tc>
          <w:tcPr>
            <w:tcW w:w="1500" w:type="dxa"/>
          </w:tcPr>
          <w:p w14:paraId="2529F7B3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  <w:tc>
          <w:tcPr>
            <w:tcW w:w="1450" w:type="dxa"/>
          </w:tcPr>
          <w:p w14:paraId="56105FD9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9A020C">
              <w:rPr>
                <w:rFonts w:ascii="Arial" w:hAnsi="Arial" w:cs="Arial"/>
                <w:sz w:val="20"/>
                <w:szCs w:val="20"/>
                <w:lang w:val="es-PE"/>
              </w:rPr>
              <w:t>DIMM / SO-DIMM</w:t>
            </w:r>
          </w:p>
        </w:tc>
        <w:tc>
          <w:tcPr>
            <w:tcW w:w="1650" w:type="dxa"/>
          </w:tcPr>
          <w:p w14:paraId="4D39EF28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  <w:tc>
          <w:tcPr>
            <w:tcW w:w="1750" w:type="dxa"/>
          </w:tcPr>
          <w:p w14:paraId="4298BDE1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  <w:tc>
          <w:tcPr>
            <w:tcW w:w="1910" w:type="dxa"/>
          </w:tcPr>
          <w:p w14:paraId="78B92D3D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</w:tr>
      <w:tr w:rsidR="0095521E" w:rsidRPr="009A020C" w14:paraId="4537F665" w14:textId="77777777">
        <w:trPr>
          <w:cantSplit/>
        </w:trPr>
        <w:tc>
          <w:tcPr>
            <w:tcW w:w="1100" w:type="dxa"/>
          </w:tcPr>
          <w:p w14:paraId="4AF92E8A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DDR5</w:t>
            </w:r>
          </w:p>
        </w:tc>
        <w:tc>
          <w:tcPr>
            <w:tcW w:w="1500" w:type="dxa"/>
          </w:tcPr>
          <w:p w14:paraId="547B3C79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  <w:tc>
          <w:tcPr>
            <w:tcW w:w="1450" w:type="dxa"/>
          </w:tcPr>
          <w:p w14:paraId="16CBCDB8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9A020C">
              <w:rPr>
                <w:rFonts w:ascii="Arial" w:hAnsi="Arial" w:cs="Arial"/>
                <w:sz w:val="20"/>
                <w:szCs w:val="20"/>
                <w:lang w:val="es-PE"/>
              </w:rPr>
              <w:t>DIMM / SO-DIMM</w:t>
            </w:r>
          </w:p>
        </w:tc>
        <w:tc>
          <w:tcPr>
            <w:tcW w:w="1650" w:type="dxa"/>
          </w:tcPr>
          <w:p w14:paraId="239FC491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  <w:tc>
          <w:tcPr>
            <w:tcW w:w="1750" w:type="dxa"/>
          </w:tcPr>
          <w:p w14:paraId="4344B569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  <w:tc>
          <w:tcPr>
            <w:tcW w:w="1910" w:type="dxa"/>
          </w:tcPr>
          <w:p w14:paraId="3DF0429A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</w:tr>
    </w:tbl>
    <w:p w14:paraId="18B6211C" w14:textId="77777777" w:rsidR="009A020C" w:rsidRDefault="009A020C" w:rsidP="009A020C">
      <w:pPr>
        <w:spacing w:after="0"/>
        <w:rPr>
          <w:rFonts w:ascii="Arial" w:hAnsi="Arial" w:cs="Arial"/>
          <w:sz w:val="22"/>
          <w:lang w:val="es-PE"/>
        </w:rPr>
      </w:pPr>
    </w:p>
    <w:p w14:paraId="0EF4627A" w14:textId="01F114C3" w:rsidR="0095521E" w:rsidRDefault="00000000" w:rsidP="009A020C">
      <w:pPr>
        <w:spacing w:after="0"/>
        <w:rPr>
          <w:rFonts w:ascii="Arial" w:hAnsi="Arial" w:cs="Arial"/>
          <w:sz w:val="22"/>
          <w:lang w:val="es-PE"/>
        </w:rPr>
      </w:pPr>
      <w:r w:rsidRPr="009A020C">
        <w:rPr>
          <w:rFonts w:ascii="Arial" w:hAnsi="Arial" w:cs="Arial"/>
          <w:sz w:val="22"/>
          <w:lang w:val="es-PE"/>
        </w:rPr>
        <w:t>Relaciona cada concepto con su descripción:</w:t>
      </w:r>
    </w:p>
    <w:p w14:paraId="6E2568AB" w14:textId="77777777" w:rsidR="009A020C" w:rsidRPr="009A020C" w:rsidRDefault="009A020C" w:rsidP="009A020C">
      <w:pPr>
        <w:spacing w:after="0"/>
        <w:rPr>
          <w:rFonts w:ascii="Arial" w:hAnsi="Arial" w:cs="Arial"/>
          <w:sz w:val="22"/>
          <w:lang w:val="es-PE"/>
        </w:rPr>
      </w:pPr>
    </w:p>
    <w:tbl>
      <w:tblPr>
        <w:tblStyle w:val="Tablaconcuadrcul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300"/>
        <w:gridCol w:w="700"/>
        <w:gridCol w:w="6360"/>
      </w:tblGrid>
      <w:tr w:rsidR="0095521E" w:rsidRPr="009A020C" w14:paraId="39D81CD8" w14:textId="77777777">
        <w:trPr>
          <w:cantSplit/>
        </w:trPr>
        <w:tc>
          <w:tcPr>
            <w:tcW w:w="2300" w:type="dxa"/>
            <w:vAlign w:val="center"/>
          </w:tcPr>
          <w:p w14:paraId="5072975E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</w:rPr>
            </w:pPr>
            <w:r w:rsidRPr="009A020C">
              <w:rPr>
                <w:rFonts w:ascii="Arial" w:hAnsi="Arial" w:cs="Arial"/>
                <w:sz w:val="22"/>
              </w:rPr>
              <w:t>A. DIMM</w:t>
            </w:r>
          </w:p>
        </w:tc>
        <w:tc>
          <w:tcPr>
            <w:tcW w:w="700" w:type="dxa"/>
            <w:shd w:val="clear" w:color="auto" w:fill="F2F2F2"/>
            <w:vAlign w:val="center"/>
          </w:tcPr>
          <w:p w14:paraId="5725E210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</w:rPr>
            </w:pPr>
          </w:p>
        </w:tc>
        <w:tc>
          <w:tcPr>
            <w:tcW w:w="6360" w:type="dxa"/>
            <w:vAlign w:val="center"/>
          </w:tcPr>
          <w:p w14:paraId="635E75BF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Módulo compacto utilizado principalmente en laptops.</w:t>
            </w:r>
          </w:p>
        </w:tc>
      </w:tr>
      <w:tr w:rsidR="0095521E" w:rsidRPr="009A020C" w14:paraId="09D99A87" w14:textId="77777777">
        <w:trPr>
          <w:cantSplit/>
        </w:trPr>
        <w:tc>
          <w:tcPr>
            <w:tcW w:w="2300" w:type="dxa"/>
            <w:vAlign w:val="center"/>
          </w:tcPr>
          <w:p w14:paraId="32D758FF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</w:rPr>
            </w:pPr>
            <w:r w:rsidRPr="009A020C">
              <w:rPr>
                <w:rFonts w:ascii="Arial" w:hAnsi="Arial" w:cs="Arial"/>
                <w:sz w:val="22"/>
              </w:rPr>
              <w:t>B. SO-DIMM</w:t>
            </w:r>
          </w:p>
        </w:tc>
        <w:tc>
          <w:tcPr>
            <w:tcW w:w="700" w:type="dxa"/>
            <w:shd w:val="clear" w:color="auto" w:fill="F2F2F2"/>
            <w:vAlign w:val="center"/>
          </w:tcPr>
          <w:p w14:paraId="0A7DEFE7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</w:rPr>
            </w:pPr>
          </w:p>
        </w:tc>
        <w:tc>
          <w:tcPr>
            <w:tcW w:w="6360" w:type="dxa"/>
            <w:vAlign w:val="center"/>
          </w:tcPr>
          <w:p w14:paraId="1C692C6A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Cantidad de datos temporales que puede almacenar.</w:t>
            </w:r>
          </w:p>
        </w:tc>
      </w:tr>
      <w:tr w:rsidR="0095521E" w:rsidRPr="009A020C" w14:paraId="05D3A95F" w14:textId="77777777">
        <w:trPr>
          <w:cantSplit/>
        </w:trPr>
        <w:tc>
          <w:tcPr>
            <w:tcW w:w="2300" w:type="dxa"/>
            <w:vAlign w:val="center"/>
          </w:tcPr>
          <w:p w14:paraId="7C09F379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</w:rPr>
            </w:pPr>
            <w:r w:rsidRPr="009A020C">
              <w:rPr>
                <w:rFonts w:ascii="Arial" w:hAnsi="Arial" w:cs="Arial"/>
                <w:sz w:val="22"/>
              </w:rPr>
              <w:t xml:space="preserve">C. </w:t>
            </w:r>
            <w:proofErr w:type="spellStart"/>
            <w:r w:rsidRPr="009A020C">
              <w:rPr>
                <w:rFonts w:ascii="Arial" w:hAnsi="Arial" w:cs="Arial"/>
                <w:sz w:val="22"/>
              </w:rPr>
              <w:t>Capacidad</w:t>
            </w:r>
            <w:proofErr w:type="spellEnd"/>
          </w:p>
        </w:tc>
        <w:tc>
          <w:tcPr>
            <w:tcW w:w="700" w:type="dxa"/>
            <w:shd w:val="clear" w:color="auto" w:fill="F2F2F2"/>
            <w:vAlign w:val="center"/>
          </w:tcPr>
          <w:p w14:paraId="24CE5F45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</w:rPr>
            </w:pPr>
          </w:p>
        </w:tc>
        <w:tc>
          <w:tcPr>
            <w:tcW w:w="6360" w:type="dxa"/>
            <w:vAlign w:val="center"/>
          </w:tcPr>
          <w:p w14:paraId="1C29ACB7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Módulo empleado principalmente en computadoras de escritorio.</w:t>
            </w:r>
          </w:p>
        </w:tc>
      </w:tr>
      <w:tr w:rsidR="0095521E" w:rsidRPr="009A020C" w14:paraId="196CCBC5" w14:textId="77777777">
        <w:trPr>
          <w:cantSplit/>
        </w:trPr>
        <w:tc>
          <w:tcPr>
            <w:tcW w:w="2300" w:type="dxa"/>
            <w:vAlign w:val="center"/>
          </w:tcPr>
          <w:p w14:paraId="24156087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</w:rPr>
            </w:pPr>
            <w:r w:rsidRPr="009A020C">
              <w:rPr>
                <w:rFonts w:ascii="Arial" w:hAnsi="Arial" w:cs="Arial"/>
                <w:sz w:val="22"/>
              </w:rPr>
              <w:t xml:space="preserve">D. </w:t>
            </w:r>
            <w:proofErr w:type="spellStart"/>
            <w:r w:rsidRPr="009A020C">
              <w:rPr>
                <w:rFonts w:ascii="Arial" w:hAnsi="Arial" w:cs="Arial"/>
                <w:sz w:val="22"/>
              </w:rPr>
              <w:t>Velocidad</w:t>
            </w:r>
            <w:proofErr w:type="spellEnd"/>
          </w:p>
        </w:tc>
        <w:tc>
          <w:tcPr>
            <w:tcW w:w="700" w:type="dxa"/>
            <w:shd w:val="clear" w:color="auto" w:fill="F2F2F2"/>
            <w:vAlign w:val="center"/>
          </w:tcPr>
          <w:p w14:paraId="6324EBAA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</w:rPr>
            </w:pPr>
          </w:p>
        </w:tc>
        <w:tc>
          <w:tcPr>
            <w:tcW w:w="6360" w:type="dxa"/>
            <w:vAlign w:val="center"/>
          </w:tcPr>
          <w:p w14:paraId="1A71C3AF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Tecnología que permite trabajar con dos canales de memoria.</w:t>
            </w:r>
          </w:p>
        </w:tc>
      </w:tr>
      <w:tr w:rsidR="0095521E" w:rsidRPr="009A020C" w14:paraId="0FD83F65" w14:textId="77777777">
        <w:trPr>
          <w:cantSplit/>
        </w:trPr>
        <w:tc>
          <w:tcPr>
            <w:tcW w:w="2300" w:type="dxa"/>
            <w:vAlign w:val="center"/>
          </w:tcPr>
          <w:p w14:paraId="7DD20B12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</w:rPr>
            </w:pPr>
            <w:r w:rsidRPr="009A020C">
              <w:rPr>
                <w:rFonts w:ascii="Arial" w:hAnsi="Arial" w:cs="Arial"/>
                <w:sz w:val="22"/>
              </w:rPr>
              <w:t>E. Dual Channel</w:t>
            </w:r>
          </w:p>
        </w:tc>
        <w:tc>
          <w:tcPr>
            <w:tcW w:w="700" w:type="dxa"/>
            <w:shd w:val="clear" w:color="auto" w:fill="F2F2F2"/>
            <w:vAlign w:val="center"/>
          </w:tcPr>
          <w:p w14:paraId="7DFFAED1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</w:rPr>
            </w:pPr>
          </w:p>
        </w:tc>
        <w:tc>
          <w:tcPr>
            <w:tcW w:w="6360" w:type="dxa"/>
            <w:vAlign w:val="center"/>
          </w:tcPr>
          <w:p w14:paraId="54E27CBD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Número de transferencias de datos realizadas por segundo.</w:t>
            </w:r>
          </w:p>
        </w:tc>
      </w:tr>
      <w:tr w:rsidR="0095521E" w:rsidRPr="009A020C" w14:paraId="40663504" w14:textId="77777777">
        <w:trPr>
          <w:cantSplit/>
        </w:trPr>
        <w:tc>
          <w:tcPr>
            <w:tcW w:w="2300" w:type="dxa"/>
            <w:vAlign w:val="center"/>
          </w:tcPr>
          <w:p w14:paraId="7604CC45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</w:rPr>
            </w:pPr>
            <w:r w:rsidRPr="009A020C">
              <w:rPr>
                <w:rFonts w:ascii="Arial" w:hAnsi="Arial" w:cs="Arial"/>
                <w:sz w:val="22"/>
              </w:rPr>
              <w:t>F. ECC</w:t>
            </w:r>
          </w:p>
        </w:tc>
        <w:tc>
          <w:tcPr>
            <w:tcW w:w="700" w:type="dxa"/>
            <w:shd w:val="clear" w:color="auto" w:fill="F2F2F2"/>
            <w:vAlign w:val="center"/>
          </w:tcPr>
          <w:p w14:paraId="311D7751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</w:rPr>
            </w:pPr>
          </w:p>
        </w:tc>
        <w:tc>
          <w:tcPr>
            <w:tcW w:w="6360" w:type="dxa"/>
            <w:vAlign w:val="center"/>
          </w:tcPr>
          <w:p w14:paraId="527728D4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Memoria que puede detectar y corregir determinados errores.</w:t>
            </w:r>
          </w:p>
        </w:tc>
      </w:tr>
    </w:tbl>
    <w:p w14:paraId="62088C5A" w14:textId="77777777" w:rsidR="009A020C" w:rsidRDefault="009A020C" w:rsidP="009A020C">
      <w:pPr>
        <w:spacing w:after="0"/>
        <w:rPr>
          <w:rFonts w:ascii="Arial" w:hAnsi="Arial" w:cs="Arial"/>
          <w:sz w:val="22"/>
          <w:lang w:val="es-PE"/>
        </w:rPr>
      </w:pPr>
    </w:p>
    <w:p w14:paraId="2C0CB8CA" w14:textId="2C2D5452" w:rsidR="0095521E" w:rsidRPr="009A020C" w:rsidRDefault="00000000" w:rsidP="009A020C">
      <w:pPr>
        <w:spacing w:after="0"/>
        <w:rPr>
          <w:rFonts w:ascii="Arial" w:hAnsi="Arial" w:cs="Arial"/>
          <w:b/>
          <w:bCs/>
          <w:sz w:val="22"/>
          <w:lang w:val="es-PE"/>
        </w:rPr>
      </w:pPr>
      <w:r w:rsidRPr="009A020C">
        <w:rPr>
          <w:rFonts w:ascii="Arial" w:hAnsi="Arial" w:cs="Arial"/>
          <w:b/>
          <w:bCs/>
          <w:sz w:val="22"/>
          <w:lang w:val="es-PE"/>
        </w:rPr>
        <w:lastRenderedPageBreak/>
        <w:t>4. Leemos una etiqueta técnica</w:t>
      </w:r>
    </w:p>
    <w:p w14:paraId="7F19EB28" w14:textId="77777777" w:rsidR="0095521E" w:rsidRDefault="00000000" w:rsidP="009A020C">
      <w:pPr>
        <w:spacing w:after="0"/>
        <w:ind w:left="284"/>
        <w:rPr>
          <w:rFonts w:ascii="Arial" w:hAnsi="Arial" w:cs="Arial"/>
          <w:sz w:val="22"/>
          <w:lang w:val="es-PE"/>
        </w:rPr>
      </w:pPr>
      <w:r w:rsidRPr="009A020C">
        <w:rPr>
          <w:rFonts w:ascii="Arial" w:hAnsi="Arial" w:cs="Arial"/>
          <w:sz w:val="22"/>
          <w:lang w:val="es-PE"/>
        </w:rPr>
        <w:t>Analiza el siguiente ejemplo: 8 GB DDR4-3200 DIMM 1.2 V. Escribe qué significa cada dato.</w:t>
      </w:r>
    </w:p>
    <w:p w14:paraId="51CDE092" w14:textId="77777777" w:rsidR="009A020C" w:rsidRPr="009A020C" w:rsidRDefault="009A020C" w:rsidP="009A020C">
      <w:pPr>
        <w:spacing w:after="0"/>
        <w:ind w:left="284"/>
        <w:rPr>
          <w:rFonts w:ascii="Arial" w:hAnsi="Arial" w:cs="Arial"/>
          <w:sz w:val="22"/>
          <w:lang w:val="es-PE"/>
        </w:rPr>
      </w:pPr>
    </w:p>
    <w:tbl>
      <w:tblPr>
        <w:tblStyle w:val="Tablaconcuadrcula"/>
        <w:tblW w:w="9292" w:type="dxa"/>
        <w:jc w:val="center"/>
        <w:tblLayout w:type="fixed"/>
        <w:tblLook w:val="04A0" w:firstRow="1" w:lastRow="0" w:firstColumn="1" w:lastColumn="0" w:noHBand="0" w:noVBand="1"/>
      </w:tblPr>
      <w:tblGrid>
        <w:gridCol w:w="1984"/>
        <w:gridCol w:w="3073"/>
        <w:gridCol w:w="4235"/>
      </w:tblGrid>
      <w:tr w:rsidR="0095521E" w:rsidRPr="009A020C" w14:paraId="75BE0AB7" w14:textId="77777777" w:rsidTr="009A020C">
        <w:trPr>
          <w:cantSplit/>
          <w:jc w:val="center"/>
        </w:trPr>
        <w:tc>
          <w:tcPr>
            <w:tcW w:w="1984" w:type="dxa"/>
            <w:shd w:val="clear" w:color="auto" w:fill="17365D"/>
            <w:vAlign w:val="center"/>
          </w:tcPr>
          <w:p w14:paraId="205F4C34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Dato</w:t>
            </w:r>
          </w:p>
        </w:tc>
        <w:tc>
          <w:tcPr>
            <w:tcW w:w="3073" w:type="dxa"/>
            <w:shd w:val="clear" w:color="auto" w:fill="17365D"/>
            <w:vAlign w:val="center"/>
          </w:tcPr>
          <w:p w14:paraId="02FB254F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Característica</w:t>
            </w:r>
          </w:p>
        </w:tc>
        <w:tc>
          <w:tcPr>
            <w:tcW w:w="4235" w:type="dxa"/>
            <w:shd w:val="clear" w:color="auto" w:fill="17365D"/>
            <w:vAlign w:val="center"/>
          </w:tcPr>
          <w:p w14:paraId="77D306F0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Significado</w:t>
            </w:r>
          </w:p>
        </w:tc>
      </w:tr>
      <w:tr w:rsidR="0095521E" w:rsidRPr="009A020C" w14:paraId="2B3B2A1E" w14:textId="77777777" w:rsidTr="009A020C">
        <w:trPr>
          <w:cantSplit/>
          <w:jc w:val="center"/>
        </w:trPr>
        <w:tc>
          <w:tcPr>
            <w:tcW w:w="1984" w:type="dxa"/>
            <w:vAlign w:val="center"/>
          </w:tcPr>
          <w:p w14:paraId="16AE040C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8 GB</w:t>
            </w:r>
          </w:p>
        </w:tc>
        <w:tc>
          <w:tcPr>
            <w:tcW w:w="3073" w:type="dxa"/>
            <w:vAlign w:val="center"/>
          </w:tcPr>
          <w:p w14:paraId="2CDDF3B0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Capacidad</w:t>
            </w:r>
          </w:p>
        </w:tc>
        <w:tc>
          <w:tcPr>
            <w:tcW w:w="4235" w:type="dxa"/>
            <w:vAlign w:val="center"/>
          </w:tcPr>
          <w:p w14:paraId="59DA6AAC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</w:tr>
      <w:tr w:rsidR="0095521E" w:rsidRPr="009A020C" w14:paraId="23A237D6" w14:textId="77777777" w:rsidTr="009A020C">
        <w:trPr>
          <w:cantSplit/>
          <w:jc w:val="center"/>
        </w:trPr>
        <w:tc>
          <w:tcPr>
            <w:tcW w:w="1984" w:type="dxa"/>
            <w:vAlign w:val="center"/>
          </w:tcPr>
          <w:p w14:paraId="17CB8E61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DDR4</w:t>
            </w:r>
          </w:p>
        </w:tc>
        <w:tc>
          <w:tcPr>
            <w:tcW w:w="3073" w:type="dxa"/>
            <w:vAlign w:val="center"/>
          </w:tcPr>
          <w:p w14:paraId="7721CBAB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Generación</w:t>
            </w:r>
          </w:p>
        </w:tc>
        <w:tc>
          <w:tcPr>
            <w:tcW w:w="4235" w:type="dxa"/>
            <w:vAlign w:val="center"/>
          </w:tcPr>
          <w:p w14:paraId="668F544F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</w:tr>
      <w:tr w:rsidR="0095521E" w:rsidRPr="009A020C" w14:paraId="64C9BD99" w14:textId="77777777" w:rsidTr="009A020C">
        <w:trPr>
          <w:cantSplit/>
          <w:jc w:val="center"/>
        </w:trPr>
        <w:tc>
          <w:tcPr>
            <w:tcW w:w="1984" w:type="dxa"/>
            <w:vAlign w:val="center"/>
          </w:tcPr>
          <w:p w14:paraId="2144DE1E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3200 MT/s</w:t>
            </w:r>
          </w:p>
        </w:tc>
        <w:tc>
          <w:tcPr>
            <w:tcW w:w="3073" w:type="dxa"/>
            <w:vAlign w:val="center"/>
          </w:tcPr>
          <w:p w14:paraId="6A09E26A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Velocidad efectiva</w:t>
            </w:r>
          </w:p>
        </w:tc>
        <w:tc>
          <w:tcPr>
            <w:tcW w:w="4235" w:type="dxa"/>
            <w:vAlign w:val="center"/>
          </w:tcPr>
          <w:p w14:paraId="183FDB38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</w:tr>
      <w:tr w:rsidR="0095521E" w:rsidRPr="009A020C" w14:paraId="5D53BE51" w14:textId="77777777" w:rsidTr="009A020C">
        <w:trPr>
          <w:cantSplit/>
          <w:jc w:val="center"/>
        </w:trPr>
        <w:tc>
          <w:tcPr>
            <w:tcW w:w="1984" w:type="dxa"/>
            <w:vAlign w:val="center"/>
          </w:tcPr>
          <w:p w14:paraId="2A7B70A6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DIMM - 1.2 V</w:t>
            </w:r>
          </w:p>
        </w:tc>
        <w:tc>
          <w:tcPr>
            <w:tcW w:w="3073" w:type="dxa"/>
            <w:vAlign w:val="center"/>
          </w:tcPr>
          <w:p w14:paraId="5C9D5084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Formato y voltaje</w:t>
            </w:r>
          </w:p>
        </w:tc>
        <w:tc>
          <w:tcPr>
            <w:tcW w:w="4235" w:type="dxa"/>
            <w:vAlign w:val="center"/>
          </w:tcPr>
          <w:p w14:paraId="1A26CB58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</w:tr>
    </w:tbl>
    <w:p w14:paraId="77393DBC" w14:textId="77777777" w:rsidR="009A020C" w:rsidRDefault="009A020C" w:rsidP="009A020C">
      <w:pPr>
        <w:spacing w:after="0"/>
        <w:rPr>
          <w:rFonts w:ascii="Arial" w:hAnsi="Arial" w:cs="Arial"/>
          <w:sz w:val="22"/>
          <w:lang w:val="es-PE"/>
        </w:rPr>
      </w:pPr>
    </w:p>
    <w:p w14:paraId="70B910F9" w14:textId="622D1987" w:rsidR="0095521E" w:rsidRPr="009A020C" w:rsidRDefault="00000000" w:rsidP="009A020C">
      <w:pPr>
        <w:spacing w:after="0"/>
        <w:rPr>
          <w:rFonts w:ascii="Arial" w:hAnsi="Arial" w:cs="Arial"/>
          <w:b/>
          <w:bCs/>
          <w:sz w:val="22"/>
          <w:lang w:val="es-PE"/>
        </w:rPr>
      </w:pPr>
      <w:r w:rsidRPr="009A020C">
        <w:rPr>
          <w:rFonts w:ascii="Arial" w:hAnsi="Arial" w:cs="Arial"/>
          <w:b/>
          <w:bCs/>
          <w:sz w:val="22"/>
          <w:lang w:val="es-PE"/>
        </w:rPr>
        <w:t>5. Reto de compatibilidad</w:t>
      </w:r>
    </w:p>
    <w:p w14:paraId="06CD21B6" w14:textId="77777777" w:rsidR="0095521E" w:rsidRDefault="00000000" w:rsidP="009A020C">
      <w:pPr>
        <w:spacing w:after="0"/>
        <w:ind w:left="284"/>
        <w:rPr>
          <w:rFonts w:ascii="Arial" w:hAnsi="Arial" w:cs="Arial"/>
          <w:sz w:val="22"/>
          <w:lang w:val="es-PE"/>
        </w:rPr>
      </w:pPr>
      <w:r w:rsidRPr="009A020C">
        <w:rPr>
          <w:rFonts w:ascii="Arial" w:hAnsi="Arial" w:cs="Arial"/>
          <w:sz w:val="22"/>
          <w:lang w:val="es-PE"/>
        </w:rPr>
        <w:t>Una placa madre posee cuatro ranuras DDR4 DIMM, admite hasta 64 GB y velocidades de 2666 a 3200 MT/s. Evalúa cada alternativa.</w:t>
      </w:r>
    </w:p>
    <w:p w14:paraId="7F36774D" w14:textId="77777777" w:rsidR="009A020C" w:rsidRPr="009A020C" w:rsidRDefault="009A020C" w:rsidP="009A020C">
      <w:pPr>
        <w:spacing w:after="0"/>
        <w:ind w:left="284"/>
        <w:rPr>
          <w:rFonts w:ascii="Arial" w:hAnsi="Arial" w:cs="Arial"/>
          <w:sz w:val="22"/>
          <w:lang w:val="es-PE"/>
        </w:rPr>
      </w:pPr>
    </w:p>
    <w:tbl>
      <w:tblPr>
        <w:tblStyle w:val="Tablaconcuadrcula"/>
        <w:tblW w:w="908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961"/>
        <w:gridCol w:w="567"/>
        <w:gridCol w:w="650"/>
        <w:gridCol w:w="2910"/>
      </w:tblGrid>
      <w:tr w:rsidR="0095521E" w:rsidRPr="009A020C" w14:paraId="6555CD85" w14:textId="77777777" w:rsidTr="009A020C">
        <w:trPr>
          <w:cantSplit/>
        </w:trPr>
        <w:tc>
          <w:tcPr>
            <w:tcW w:w="4961" w:type="dxa"/>
            <w:shd w:val="clear" w:color="auto" w:fill="17365D"/>
            <w:vAlign w:val="center"/>
          </w:tcPr>
          <w:p w14:paraId="06930356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Módulo propuesto</w:t>
            </w:r>
          </w:p>
        </w:tc>
        <w:tc>
          <w:tcPr>
            <w:tcW w:w="567" w:type="dxa"/>
            <w:shd w:val="clear" w:color="auto" w:fill="17365D"/>
            <w:vAlign w:val="center"/>
          </w:tcPr>
          <w:p w14:paraId="50F3A0E8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Sí</w:t>
            </w:r>
          </w:p>
        </w:tc>
        <w:tc>
          <w:tcPr>
            <w:tcW w:w="650" w:type="dxa"/>
            <w:shd w:val="clear" w:color="auto" w:fill="17365D"/>
            <w:vAlign w:val="center"/>
          </w:tcPr>
          <w:p w14:paraId="2D70B3A2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No</w:t>
            </w:r>
          </w:p>
        </w:tc>
        <w:tc>
          <w:tcPr>
            <w:tcW w:w="2910" w:type="dxa"/>
            <w:shd w:val="clear" w:color="auto" w:fill="17365D"/>
            <w:vAlign w:val="center"/>
          </w:tcPr>
          <w:p w14:paraId="57A80F0A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Justificación</w:t>
            </w:r>
          </w:p>
        </w:tc>
      </w:tr>
      <w:tr w:rsidR="0095521E" w:rsidRPr="009A020C" w14:paraId="58C8C5B7" w14:textId="77777777" w:rsidTr="009A020C">
        <w:trPr>
          <w:cantSplit/>
        </w:trPr>
        <w:tc>
          <w:tcPr>
            <w:tcW w:w="4961" w:type="dxa"/>
          </w:tcPr>
          <w:p w14:paraId="27BA4DD2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</w:rPr>
            </w:pPr>
            <w:r w:rsidRPr="009A020C">
              <w:rPr>
                <w:rFonts w:ascii="Arial" w:hAnsi="Arial" w:cs="Arial"/>
                <w:sz w:val="22"/>
              </w:rPr>
              <w:t>8 GB DDR4 DIMM 3200 MT/s</w:t>
            </w:r>
          </w:p>
        </w:tc>
        <w:tc>
          <w:tcPr>
            <w:tcW w:w="567" w:type="dxa"/>
          </w:tcPr>
          <w:p w14:paraId="31483759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</w:rPr>
            </w:pPr>
            <w:r w:rsidRPr="009A020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650" w:type="dxa"/>
          </w:tcPr>
          <w:p w14:paraId="3A8024CE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</w:rPr>
            </w:pPr>
            <w:r w:rsidRPr="009A020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2910" w:type="dxa"/>
          </w:tcPr>
          <w:p w14:paraId="6110B3A6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95521E" w:rsidRPr="009A020C" w14:paraId="6991E18D" w14:textId="77777777" w:rsidTr="009A020C">
        <w:trPr>
          <w:cantSplit/>
        </w:trPr>
        <w:tc>
          <w:tcPr>
            <w:tcW w:w="4961" w:type="dxa"/>
          </w:tcPr>
          <w:p w14:paraId="2955D23A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</w:rPr>
            </w:pPr>
            <w:r w:rsidRPr="009A020C">
              <w:rPr>
                <w:rFonts w:ascii="Arial" w:hAnsi="Arial" w:cs="Arial"/>
                <w:sz w:val="22"/>
              </w:rPr>
              <w:t>8 GB DDR5 DIMM 4800 MT/s</w:t>
            </w:r>
          </w:p>
        </w:tc>
        <w:tc>
          <w:tcPr>
            <w:tcW w:w="567" w:type="dxa"/>
          </w:tcPr>
          <w:p w14:paraId="5C6EBF41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</w:rPr>
            </w:pPr>
            <w:r w:rsidRPr="009A020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650" w:type="dxa"/>
          </w:tcPr>
          <w:p w14:paraId="1FAC05B2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</w:rPr>
            </w:pPr>
            <w:r w:rsidRPr="009A020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2910" w:type="dxa"/>
          </w:tcPr>
          <w:p w14:paraId="2563326A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95521E" w:rsidRPr="009A020C" w14:paraId="4E84D763" w14:textId="77777777" w:rsidTr="009A020C">
        <w:trPr>
          <w:cantSplit/>
        </w:trPr>
        <w:tc>
          <w:tcPr>
            <w:tcW w:w="4961" w:type="dxa"/>
          </w:tcPr>
          <w:p w14:paraId="1C86BE49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</w:rPr>
            </w:pPr>
            <w:r w:rsidRPr="009A020C">
              <w:rPr>
                <w:rFonts w:ascii="Arial" w:hAnsi="Arial" w:cs="Arial"/>
                <w:sz w:val="22"/>
              </w:rPr>
              <w:t>8 GB DDR4 SO-DIMM 3200 MT/s</w:t>
            </w:r>
          </w:p>
        </w:tc>
        <w:tc>
          <w:tcPr>
            <w:tcW w:w="567" w:type="dxa"/>
          </w:tcPr>
          <w:p w14:paraId="783EA4BF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</w:rPr>
            </w:pPr>
            <w:r w:rsidRPr="009A020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650" w:type="dxa"/>
          </w:tcPr>
          <w:p w14:paraId="1643365D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</w:rPr>
            </w:pPr>
            <w:r w:rsidRPr="009A020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2910" w:type="dxa"/>
          </w:tcPr>
          <w:p w14:paraId="2B8954BE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95521E" w:rsidRPr="009A020C" w14:paraId="3E22FFF3" w14:textId="77777777" w:rsidTr="009A020C">
        <w:trPr>
          <w:cantSplit/>
        </w:trPr>
        <w:tc>
          <w:tcPr>
            <w:tcW w:w="4961" w:type="dxa"/>
          </w:tcPr>
          <w:p w14:paraId="5947CD0D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</w:rPr>
            </w:pPr>
            <w:r w:rsidRPr="009A020C">
              <w:rPr>
                <w:rFonts w:ascii="Arial" w:hAnsi="Arial" w:cs="Arial"/>
                <w:sz w:val="22"/>
              </w:rPr>
              <w:t>2 x 16 GB DDR4 DIMM 2666 MT/s</w:t>
            </w:r>
          </w:p>
        </w:tc>
        <w:tc>
          <w:tcPr>
            <w:tcW w:w="567" w:type="dxa"/>
          </w:tcPr>
          <w:p w14:paraId="32924EA1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</w:rPr>
            </w:pPr>
            <w:r w:rsidRPr="009A020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650" w:type="dxa"/>
          </w:tcPr>
          <w:p w14:paraId="31DF4756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</w:rPr>
            </w:pPr>
            <w:r w:rsidRPr="009A020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2910" w:type="dxa"/>
          </w:tcPr>
          <w:p w14:paraId="5DC087B4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</w:tbl>
    <w:p w14:paraId="5FC1D4E8" w14:textId="04136008" w:rsidR="0095521E" w:rsidRPr="009A020C" w:rsidRDefault="0095521E" w:rsidP="009A020C">
      <w:pPr>
        <w:spacing w:after="0"/>
        <w:rPr>
          <w:rFonts w:ascii="Arial" w:hAnsi="Arial" w:cs="Arial"/>
          <w:sz w:val="22"/>
        </w:rPr>
      </w:pPr>
    </w:p>
    <w:p w14:paraId="2A11BB00" w14:textId="77777777" w:rsidR="0095521E" w:rsidRPr="009A020C" w:rsidRDefault="00000000" w:rsidP="009A020C">
      <w:pPr>
        <w:spacing w:after="0"/>
        <w:rPr>
          <w:rFonts w:ascii="Arial" w:hAnsi="Arial" w:cs="Arial"/>
          <w:b/>
          <w:bCs/>
          <w:sz w:val="22"/>
          <w:lang w:val="es-PE"/>
        </w:rPr>
      </w:pPr>
      <w:r w:rsidRPr="009A020C">
        <w:rPr>
          <w:rFonts w:ascii="Arial" w:hAnsi="Arial" w:cs="Arial"/>
          <w:b/>
          <w:bCs/>
          <w:sz w:val="22"/>
          <w:lang w:val="es-PE"/>
        </w:rPr>
        <w:t>6. Ordenamos la instalación correcta</w:t>
      </w:r>
    </w:p>
    <w:p w14:paraId="053FA600" w14:textId="77777777" w:rsidR="0095521E" w:rsidRDefault="00000000" w:rsidP="009A020C">
      <w:pPr>
        <w:spacing w:after="0"/>
        <w:ind w:left="284"/>
        <w:rPr>
          <w:rFonts w:ascii="Arial" w:hAnsi="Arial" w:cs="Arial"/>
          <w:sz w:val="22"/>
          <w:lang w:val="es-PE"/>
        </w:rPr>
      </w:pPr>
      <w:r w:rsidRPr="009A020C">
        <w:rPr>
          <w:rFonts w:ascii="Arial" w:hAnsi="Arial" w:cs="Arial"/>
          <w:sz w:val="22"/>
          <w:lang w:val="es-PE"/>
        </w:rPr>
        <w:t>Escribe del 1 al 8 según el orden correcto del procedimiento.</w:t>
      </w:r>
    </w:p>
    <w:p w14:paraId="7A6F8D16" w14:textId="77777777" w:rsidR="009A020C" w:rsidRPr="009A020C" w:rsidRDefault="009A020C" w:rsidP="009A020C">
      <w:pPr>
        <w:spacing w:after="0"/>
        <w:ind w:left="284"/>
        <w:jc w:val="center"/>
        <w:rPr>
          <w:rFonts w:ascii="Arial" w:hAnsi="Arial" w:cs="Arial"/>
          <w:sz w:val="22"/>
          <w:lang w:val="es-PE"/>
        </w:rPr>
      </w:pPr>
    </w:p>
    <w:tbl>
      <w:tblPr>
        <w:tblStyle w:val="Tablaconcuadrcula"/>
        <w:tblW w:w="8719" w:type="dxa"/>
        <w:tblInd w:w="461" w:type="dxa"/>
        <w:tblLayout w:type="fixed"/>
        <w:tblLook w:val="04A0" w:firstRow="1" w:lastRow="0" w:firstColumn="1" w:lastColumn="0" w:noHBand="0" w:noVBand="1"/>
      </w:tblPr>
      <w:tblGrid>
        <w:gridCol w:w="850"/>
        <w:gridCol w:w="7869"/>
      </w:tblGrid>
      <w:tr w:rsidR="0095521E" w:rsidRPr="009A020C" w14:paraId="64EB7183" w14:textId="77777777" w:rsidTr="009A020C">
        <w:trPr>
          <w:cantSplit/>
        </w:trPr>
        <w:tc>
          <w:tcPr>
            <w:tcW w:w="850" w:type="dxa"/>
            <w:vAlign w:val="center"/>
          </w:tcPr>
          <w:p w14:paraId="75D00DE9" w14:textId="0CBD2511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  <w:tc>
          <w:tcPr>
            <w:tcW w:w="7869" w:type="dxa"/>
            <w:vAlign w:val="center"/>
          </w:tcPr>
          <w:p w14:paraId="49B2A186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Verificar que las pestañas sujeten completamente el módulo.</w:t>
            </w:r>
          </w:p>
        </w:tc>
      </w:tr>
      <w:tr w:rsidR="0095521E" w:rsidRPr="009A020C" w14:paraId="1D3E4D6C" w14:textId="77777777" w:rsidTr="009A020C">
        <w:trPr>
          <w:cantSplit/>
        </w:trPr>
        <w:tc>
          <w:tcPr>
            <w:tcW w:w="850" w:type="dxa"/>
            <w:vAlign w:val="center"/>
          </w:tcPr>
          <w:p w14:paraId="376E94A5" w14:textId="4F43A4BD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  <w:tc>
          <w:tcPr>
            <w:tcW w:w="7869" w:type="dxa"/>
            <w:shd w:val="clear" w:color="auto" w:fill="F7FAFC"/>
            <w:vAlign w:val="center"/>
          </w:tcPr>
          <w:p w14:paraId="2849408E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Desconectar el cable de alimentación del equipo.</w:t>
            </w:r>
          </w:p>
        </w:tc>
      </w:tr>
      <w:tr w:rsidR="0095521E" w:rsidRPr="009A020C" w14:paraId="1CC1A4BE" w14:textId="77777777" w:rsidTr="009A020C">
        <w:trPr>
          <w:cantSplit/>
        </w:trPr>
        <w:tc>
          <w:tcPr>
            <w:tcW w:w="850" w:type="dxa"/>
            <w:vAlign w:val="center"/>
          </w:tcPr>
          <w:p w14:paraId="7A2CE6CC" w14:textId="7113BCE6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  <w:tc>
          <w:tcPr>
            <w:tcW w:w="7869" w:type="dxa"/>
            <w:vAlign w:val="center"/>
          </w:tcPr>
          <w:p w14:paraId="279F13A7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Alinear la muesca del módulo con la guía de la ranura.</w:t>
            </w:r>
          </w:p>
        </w:tc>
      </w:tr>
      <w:tr w:rsidR="0095521E" w:rsidRPr="009A020C" w14:paraId="57A8530E" w14:textId="77777777" w:rsidTr="009A020C">
        <w:trPr>
          <w:cantSplit/>
        </w:trPr>
        <w:tc>
          <w:tcPr>
            <w:tcW w:w="850" w:type="dxa"/>
            <w:vAlign w:val="center"/>
          </w:tcPr>
          <w:p w14:paraId="4BD9D3E8" w14:textId="1D42C662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  <w:tc>
          <w:tcPr>
            <w:tcW w:w="7869" w:type="dxa"/>
            <w:shd w:val="clear" w:color="auto" w:fill="F7FAFC"/>
            <w:vAlign w:val="center"/>
          </w:tcPr>
          <w:p w14:paraId="7EA33EAC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Apagar completamente la computadora.</w:t>
            </w:r>
          </w:p>
        </w:tc>
      </w:tr>
      <w:tr w:rsidR="0095521E" w:rsidRPr="009A020C" w14:paraId="15C6DC6D" w14:textId="77777777" w:rsidTr="009A020C">
        <w:trPr>
          <w:cantSplit/>
        </w:trPr>
        <w:tc>
          <w:tcPr>
            <w:tcW w:w="850" w:type="dxa"/>
            <w:vAlign w:val="center"/>
          </w:tcPr>
          <w:p w14:paraId="6F87229D" w14:textId="25C156C6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  <w:tc>
          <w:tcPr>
            <w:tcW w:w="7869" w:type="dxa"/>
            <w:vAlign w:val="center"/>
          </w:tcPr>
          <w:p w14:paraId="2E47DBC5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Presionar uniformemente ambos extremos de la memoria.</w:t>
            </w:r>
          </w:p>
        </w:tc>
      </w:tr>
      <w:tr w:rsidR="0095521E" w:rsidRPr="009A020C" w14:paraId="757DF2F7" w14:textId="77777777" w:rsidTr="009A020C">
        <w:trPr>
          <w:cantSplit/>
        </w:trPr>
        <w:tc>
          <w:tcPr>
            <w:tcW w:w="850" w:type="dxa"/>
            <w:vAlign w:val="center"/>
          </w:tcPr>
          <w:p w14:paraId="0902FC7F" w14:textId="052AB41D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  <w:tc>
          <w:tcPr>
            <w:tcW w:w="7869" w:type="dxa"/>
            <w:shd w:val="clear" w:color="auto" w:fill="F7FAFC"/>
            <w:vAlign w:val="center"/>
          </w:tcPr>
          <w:p w14:paraId="529D3EC5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Colocarse la pulsera antiestática o descargar la electricidad estática.</w:t>
            </w:r>
          </w:p>
        </w:tc>
      </w:tr>
      <w:tr w:rsidR="0095521E" w:rsidRPr="009A020C" w14:paraId="468B8B47" w14:textId="77777777" w:rsidTr="009A020C">
        <w:trPr>
          <w:cantSplit/>
        </w:trPr>
        <w:tc>
          <w:tcPr>
            <w:tcW w:w="850" w:type="dxa"/>
            <w:vAlign w:val="center"/>
          </w:tcPr>
          <w:p w14:paraId="7BDEE10B" w14:textId="524C6944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  <w:tc>
          <w:tcPr>
            <w:tcW w:w="7869" w:type="dxa"/>
            <w:vAlign w:val="center"/>
          </w:tcPr>
          <w:p w14:paraId="306C51D1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Abrir las pestañas laterales de la ranura DIMM.</w:t>
            </w:r>
          </w:p>
        </w:tc>
      </w:tr>
      <w:tr w:rsidR="0095521E" w:rsidRPr="009A020C" w14:paraId="0E23F302" w14:textId="77777777" w:rsidTr="009A020C">
        <w:trPr>
          <w:cantSplit/>
        </w:trPr>
        <w:tc>
          <w:tcPr>
            <w:tcW w:w="850" w:type="dxa"/>
            <w:vAlign w:val="center"/>
          </w:tcPr>
          <w:p w14:paraId="726B0027" w14:textId="586F4066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  <w:tc>
          <w:tcPr>
            <w:tcW w:w="7869" w:type="dxa"/>
            <w:shd w:val="clear" w:color="auto" w:fill="F7FAFC"/>
            <w:vAlign w:val="center"/>
          </w:tcPr>
          <w:p w14:paraId="0DF1BE73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Sujetar el módulo únicamente por los bordes.</w:t>
            </w:r>
          </w:p>
        </w:tc>
      </w:tr>
    </w:tbl>
    <w:p w14:paraId="76D29168" w14:textId="77777777" w:rsidR="009A020C" w:rsidRDefault="009A020C" w:rsidP="009A020C">
      <w:pPr>
        <w:spacing w:after="0"/>
        <w:rPr>
          <w:rFonts w:ascii="Arial" w:hAnsi="Arial" w:cs="Arial"/>
          <w:sz w:val="22"/>
          <w:lang w:val="es-PE"/>
        </w:rPr>
      </w:pPr>
    </w:p>
    <w:p w14:paraId="142E542B" w14:textId="3F067C12" w:rsidR="0095521E" w:rsidRPr="009A020C" w:rsidRDefault="00000000" w:rsidP="009A020C">
      <w:pPr>
        <w:spacing w:after="0"/>
        <w:rPr>
          <w:rFonts w:ascii="Arial" w:hAnsi="Arial" w:cs="Arial"/>
          <w:b/>
          <w:bCs/>
          <w:sz w:val="22"/>
          <w:lang w:val="es-PE"/>
        </w:rPr>
      </w:pPr>
      <w:r w:rsidRPr="009A020C">
        <w:rPr>
          <w:rFonts w:ascii="Arial" w:hAnsi="Arial" w:cs="Arial"/>
          <w:b/>
          <w:bCs/>
          <w:sz w:val="22"/>
          <w:lang w:val="es-PE"/>
        </w:rPr>
        <w:t>7. Práctica supervisada: instalamos la memoria RAM</w:t>
      </w:r>
    </w:p>
    <w:p w14:paraId="505FB130" w14:textId="77777777" w:rsidR="0095521E" w:rsidRDefault="00000000" w:rsidP="009A020C">
      <w:pPr>
        <w:spacing w:after="0"/>
        <w:ind w:left="284"/>
        <w:rPr>
          <w:rFonts w:ascii="Arial" w:hAnsi="Arial" w:cs="Arial"/>
          <w:sz w:val="22"/>
          <w:lang w:val="es-PE"/>
        </w:rPr>
      </w:pPr>
      <w:r w:rsidRPr="009A020C">
        <w:rPr>
          <w:rFonts w:ascii="Arial" w:hAnsi="Arial" w:cs="Arial"/>
          <w:sz w:val="22"/>
          <w:lang w:val="es-PE"/>
        </w:rPr>
        <w:t>Realiza la práctica con autorización del docente. Marca cada acción realizada y solicita la verificación final.</w:t>
      </w:r>
    </w:p>
    <w:p w14:paraId="38079989" w14:textId="77777777" w:rsidR="009A020C" w:rsidRPr="009A020C" w:rsidRDefault="009A020C" w:rsidP="009A020C">
      <w:pPr>
        <w:spacing w:after="0"/>
        <w:ind w:left="284"/>
        <w:rPr>
          <w:rFonts w:ascii="Arial" w:hAnsi="Arial" w:cs="Arial"/>
          <w:sz w:val="22"/>
          <w:lang w:val="es-PE"/>
        </w:rPr>
      </w:pPr>
    </w:p>
    <w:tbl>
      <w:tblPr>
        <w:tblStyle w:val="Tablaconcuadrcul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6200"/>
        <w:gridCol w:w="850"/>
        <w:gridCol w:w="850"/>
        <w:gridCol w:w="1460"/>
      </w:tblGrid>
      <w:tr w:rsidR="0095521E" w:rsidRPr="009A020C" w14:paraId="5CAE8F57" w14:textId="77777777" w:rsidTr="009A020C">
        <w:trPr>
          <w:cantSplit/>
        </w:trPr>
        <w:tc>
          <w:tcPr>
            <w:tcW w:w="6200" w:type="dxa"/>
            <w:shd w:val="clear" w:color="auto" w:fill="17365D" w:themeFill="text2" w:themeFillShade="BF"/>
            <w:vAlign w:val="center"/>
          </w:tcPr>
          <w:p w14:paraId="021D67CA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Acción técnica</w:t>
            </w:r>
          </w:p>
        </w:tc>
        <w:tc>
          <w:tcPr>
            <w:tcW w:w="850" w:type="dxa"/>
            <w:shd w:val="clear" w:color="auto" w:fill="17365D" w:themeFill="text2" w:themeFillShade="BF"/>
            <w:vAlign w:val="center"/>
          </w:tcPr>
          <w:p w14:paraId="3D2372B2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Sí</w:t>
            </w:r>
          </w:p>
        </w:tc>
        <w:tc>
          <w:tcPr>
            <w:tcW w:w="850" w:type="dxa"/>
            <w:shd w:val="clear" w:color="auto" w:fill="17365D" w:themeFill="text2" w:themeFillShade="BF"/>
            <w:vAlign w:val="center"/>
          </w:tcPr>
          <w:p w14:paraId="13F3E6FE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Aún no</w:t>
            </w:r>
          </w:p>
        </w:tc>
        <w:tc>
          <w:tcPr>
            <w:tcW w:w="1460" w:type="dxa"/>
            <w:shd w:val="clear" w:color="auto" w:fill="17365D" w:themeFill="text2" w:themeFillShade="BF"/>
            <w:vAlign w:val="center"/>
          </w:tcPr>
          <w:p w14:paraId="0EF15DF7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V.º B.º docente</w:t>
            </w:r>
          </w:p>
        </w:tc>
      </w:tr>
      <w:tr w:rsidR="0095521E" w:rsidRPr="009A020C" w14:paraId="0AC65D2D" w14:textId="77777777">
        <w:trPr>
          <w:cantSplit/>
        </w:trPr>
        <w:tc>
          <w:tcPr>
            <w:tcW w:w="6200" w:type="dxa"/>
          </w:tcPr>
          <w:p w14:paraId="2FBDE8CE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Apagué y desconecté correctamente el equipo.</w:t>
            </w:r>
          </w:p>
        </w:tc>
        <w:tc>
          <w:tcPr>
            <w:tcW w:w="850" w:type="dxa"/>
          </w:tcPr>
          <w:p w14:paraId="2398E567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Segoe UI Symbol" w:hAnsi="Segoe UI Symbol" w:cs="Segoe UI Symbol"/>
                <w:sz w:val="22"/>
                <w:lang w:val="es-PE"/>
              </w:rPr>
              <w:t>☐</w:t>
            </w:r>
          </w:p>
        </w:tc>
        <w:tc>
          <w:tcPr>
            <w:tcW w:w="850" w:type="dxa"/>
          </w:tcPr>
          <w:p w14:paraId="3BA56D98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Segoe UI Symbol" w:hAnsi="Segoe UI Symbol" w:cs="Segoe UI Symbol"/>
                <w:sz w:val="22"/>
                <w:lang w:val="es-PE"/>
              </w:rPr>
              <w:t>☐</w:t>
            </w:r>
          </w:p>
        </w:tc>
        <w:tc>
          <w:tcPr>
            <w:tcW w:w="1460" w:type="dxa"/>
          </w:tcPr>
          <w:p w14:paraId="546A3D81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</w:tr>
      <w:tr w:rsidR="0095521E" w:rsidRPr="009A020C" w14:paraId="51713E99" w14:textId="77777777">
        <w:trPr>
          <w:cantSplit/>
        </w:trPr>
        <w:tc>
          <w:tcPr>
            <w:tcW w:w="6200" w:type="dxa"/>
          </w:tcPr>
          <w:p w14:paraId="76F13C9E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Apliqué protección electrostática.</w:t>
            </w:r>
          </w:p>
        </w:tc>
        <w:tc>
          <w:tcPr>
            <w:tcW w:w="850" w:type="dxa"/>
          </w:tcPr>
          <w:p w14:paraId="1FAF7F39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Segoe UI Symbol" w:hAnsi="Segoe UI Symbol" w:cs="Segoe UI Symbol"/>
                <w:sz w:val="22"/>
                <w:lang w:val="es-PE"/>
              </w:rPr>
              <w:t>☐</w:t>
            </w:r>
          </w:p>
        </w:tc>
        <w:tc>
          <w:tcPr>
            <w:tcW w:w="850" w:type="dxa"/>
          </w:tcPr>
          <w:p w14:paraId="2AB07112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Segoe UI Symbol" w:hAnsi="Segoe UI Symbol" w:cs="Segoe UI Symbol"/>
                <w:sz w:val="22"/>
                <w:lang w:val="es-PE"/>
              </w:rPr>
              <w:t>☐</w:t>
            </w:r>
          </w:p>
        </w:tc>
        <w:tc>
          <w:tcPr>
            <w:tcW w:w="1460" w:type="dxa"/>
          </w:tcPr>
          <w:p w14:paraId="4DEE7E54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</w:tr>
      <w:tr w:rsidR="0095521E" w:rsidRPr="009A020C" w14:paraId="119A1726" w14:textId="77777777">
        <w:trPr>
          <w:cantSplit/>
        </w:trPr>
        <w:tc>
          <w:tcPr>
            <w:tcW w:w="6200" w:type="dxa"/>
          </w:tcPr>
          <w:p w14:paraId="007B4482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Identifiqué el tipo y formato de RAM compatible.</w:t>
            </w:r>
          </w:p>
        </w:tc>
        <w:tc>
          <w:tcPr>
            <w:tcW w:w="850" w:type="dxa"/>
          </w:tcPr>
          <w:p w14:paraId="13FFE94D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Segoe UI Symbol" w:hAnsi="Segoe UI Symbol" w:cs="Segoe UI Symbol"/>
                <w:sz w:val="22"/>
                <w:lang w:val="es-PE"/>
              </w:rPr>
              <w:t>☐</w:t>
            </w:r>
          </w:p>
        </w:tc>
        <w:tc>
          <w:tcPr>
            <w:tcW w:w="850" w:type="dxa"/>
          </w:tcPr>
          <w:p w14:paraId="5BA5D9AE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Segoe UI Symbol" w:hAnsi="Segoe UI Symbol" w:cs="Segoe UI Symbol"/>
                <w:sz w:val="22"/>
                <w:lang w:val="es-PE"/>
              </w:rPr>
              <w:t>☐</w:t>
            </w:r>
          </w:p>
        </w:tc>
        <w:tc>
          <w:tcPr>
            <w:tcW w:w="1460" w:type="dxa"/>
          </w:tcPr>
          <w:p w14:paraId="049CE216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</w:tr>
      <w:tr w:rsidR="0095521E" w:rsidRPr="009A020C" w14:paraId="56E78EFF" w14:textId="77777777">
        <w:trPr>
          <w:cantSplit/>
        </w:trPr>
        <w:tc>
          <w:tcPr>
            <w:tcW w:w="6200" w:type="dxa"/>
          </w:tcPr>
          <w:p w14:paraId="5F76C646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Localicé la ranura recomendada por el manual.</w:t>
            </w:r>
          </w:p>
        </w:tc>
        <w:tc>
          <w:tcPr>
            <w:tcW w:w="850" w:type="dxa"/>
          </w:tcPr>
          <w:p w14:paraId="6AA1517B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Segoe UI Symbol" w:hAnsi="Segoe UI Symbol" w:cs="Segoe UI Symbol"/>
                <w:sz w:val="22"/>
                <w:lang w:val="es-PE"/>
              </w:rPr>
              <w:t>☐</w:t>
            </w:r>
          </w:p>
        </w:tc>
        <w:tc>
          <w:tcPr>
            <w:tcW w:w="850" w:type="dxa"/>
          </w:tcPr>
          <w:p w14:paraId="49BFC4A8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Segoe UI Symbol" w:hAnsi="Segoe UI Symbol" w:cs="Segoe UI Symbol"/>
                <w:sz w:val="22"/>
                <w:lang w:val="es-PE"/>
              </w:rPr>
              <w:t>☐</w:t>
            </w:r>
          </w:p>
        </w:tc>
        <w:tc>
          <w:tcPr>
            <w:tcW w:w="1460" w:type="dxa"/>
          </w:tcPr>
          <w:p w14:paraId="5CE84D3A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</w:tr>
      <w:tr w:rsidR="0095521E" w:rsidRPr="009A020C" w14:paraId="030CDDF2" w14:textId="77777777">
        <w:trPr>
          <w:cantSplit/>
        </w:trPr>
        <w:tc>
          <w:tcPr>
            <w:tcW w:w="6200" w:type="dxa"/>
          </w:tcPr>
          <w:p w14:paraId="0C65C02E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proofErr w:type="spellStart"/>
            <w:r w:rsidRPr="009A020C">
              <w:rPr>
                <w:rFonts w:ascii="Arial" w:hAnsi="Arial" w:cs="Arial"/>
                <w:sz w:val="22"/>
                <w:lang w:val="es-PE"/>
              </w:rPr>
              <w:t>Sujet́e</w:t>
            </w:r>
            <w:proofErr w:type="spellEnd"/>
            <w:r w:rsidRPr="009A020C">
              <w:rPr>
                <w:rFonts w:ascii="Arial" w:hAnsi="Arial" w:cs="Arial"/>
                <w:sz w:val="22"/>
                <w:lang w:val="es-PE"/>
              </w:rPr>
              <w:t xml:space="preserve"> el módulo por los bordes, sin tocar los contactos.</w:t>
            </w:r>
          </w:p>
        </w:tc>
        <w:tc>
          <w:tcPr>
            <w:tcW w:w="850" w:type="dxa"/>
          </w:tcPr>
          <w:p w14:paraId="368A5BA2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Segoe UI Symbol" w:hAnsi="Segoe UI Symbol" w:cs="Segoe UI Symbol"/>
                <w:sz w:val="22"/>
                <w:lang w:val="es-PE"/>
              </w:rPr>
              <w:t>☐</w:t>
            </w:r>
          </w:p>
        </w:tc>
        <w:tc>
          <w:tcPr>
            <w:tcW w:w="850" w:type="dxa"/>
          </w:tcPr>
          <w:p w14:paraId="74EA3528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Segoe UI Symbol" w:hAnsi="Segoe UI Symbol" w:cs="Segoe UI Symbol"/>
                <w:sz w:val="22"/>
                <w:lang w:val="es-PE"/>
              </w:rPr>
              <w:t>☐</w:t>
            </w:r>
          </w:p>
        </w:tc>
        <w:tc>
          <w:tcPr>
            <w:tcW w:w="1460" w:type="dxa"/>
          </w:tcPr>
          <w:p w14:paraId="58064188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</w:tr>
      <w:tr w:rsidR="0095521E" w:rsidRPr="009A020C" w14:paraId="55AD44A7" w14:textId="77777777">
        <w:trPr>
          <w:cantSplit/>
        </w:trPr>
        <w:tc>
          <w:tcPr>
            <w:tcW w:w="6200" w:type="dxa"/>
          </w:tcPr>
          <w:p w14:paraId="1FAB30BB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Alineé la muesca sin forzar el módulo.</w:t>
            </w:r>
          </w:p>
        </w:tc>
        <w:tc>
          <w:tcPr>
            <w:tcW w:w="850" w:type="dxa"/>
          </w:tcPr>
          <w:p w14:paraId="05794909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Segoe UI Symbol" w:hAnsi="Segoe UI Symbol" w:cs="Segoe UI Symbol"/>
                <w:sz w:val="22"/>
                <w:lang w:val="es-PE"/>
              </w:rPr>
              <w:t>☐</w:t>
            </w:r>
          </w:p>
        </w:tc>
        <w:tc>
          <w:tcPr>
            <w:tcW w:w="850" w:type="dxa"/>
          </w:tcPr>
          <w:p w14:paraId="18F3933F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Segoe UI Symbol" w:hAnsi="Segoe UI Symbol" w:cs="Segoe UI Symbol"/>
                <w:sz w:val="22"/>
                <w:lang w:val="es-PE"/>
              </w:rPr>
              <w:t>☐</w:t>
            </w:r>
          </w:p>
        </w:tc>
        <w:tc>
          <w:tcPr>
            <w:tcW w:w="1460" w:type="dxa"/>
          </w:tcPr>
          <w:p w14:paraId="53649B79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</w:tr>
      <w:tr w:rsidR="0095521E" w:rsidRPr="009A020C" w14:paraId="51E5166B" w14:textId="77777777">
        <w:trPr>
          <w:cantSplit/>
        </w:trPr>
        <w:tc>
          <w:tcPr>
            <w:tcW w:w="6200" w:type="dxa"/>
          </w:tcPr>
          <w:p w14:paraId="732F9062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Presioné ambos extremos de manera uniforme.</w:t>
            </w:r>
          </w:p>
        </w:tc>
        <w:tc>
          <w:tcPr>
            <w:tcW w:w="850" w:type="dxa"/>
          </w:tcPr>
          <w:p w14:paraId="02C2F804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Segoe UI Symbol" w:hAnsi="Segoe UI Symbol" w:cs="Segoe UI Symbol"/>
                <w:sz w:val="22"/>
                <w:lang w:val="es-PE"/>
              </w:rPr>
              <w:t>☐</w:t>
            </w:r>
          </w:p>
        </w:tc>
        <w:tc>
          <w:tcPr>
            <w:tcW w:w="850" w:type="dxa"/>
          </w:tcPr>
          <w:p w14:paraId="0CB16109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Segoe UI Symbol" w:hAnsi="Segoe UI Symbol" w:cs="Segoe UI Symbol"/>
                <w:sz w:val="22"/>
                <w:lang w:val="es-PE"/>
              </w:rPr>
              <w:t>☐</w:t>
            </w:r>
          </w:p>
        </w:tc>
        <w:tc>
          <w:tcPr>
            <w:tcW w:w="1460" w:type="dxa"/>
          </w:tcPr>
          <w:p w14:paraId="0BE456DD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</w:tr>
      <w:tr w:rsidR="0095521E" w:rsidRPr="009A020C" w14:paraId="7272C4DD" w14:textId="77777777">
        <w:trPr>
          <w:cantSplit/>
        </w:trPr>
        <w:tc>
          <w:tcPr>
            <w:tcW w:w="6200" w:type="dxa"/>
          </w:tcPr>
          <w:p w14:paraId="5C99F604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Comprobé el cierre de las pestañas.</w:t>
            </w:r>
          </w:p>
        </w:tc>
        <w:tc>
          <w:tcPr>
            <w:tcW w:w="850" w:type="dxa"/>
          </w:tcPr>
          <w:p w14:paraId="197FE706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Segoe UI Symbol" w:hAnsi="Segoe UI Symbol" w:cs="Segoe UI Symbol"/>
                <w:sz w:val="22"/>
                <w:lang w:val="es-PE"/>
              </w:rPr>
              <w:t>☐</w:t>
            </w:r>
          </w:p>
        </w:tc>
        <w:tc>
          <w:tcPr>
            <w:tcW w:w="850" w:type="dxa"/>
          </w:tcPr>
          <w:p w14:paraId="5ACE966A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Segoe UI Symbol" w:hAnsi="Segoe UI Symbol" w:cs="Segoe UI Symbol"/>
                <w:sz w:val="22"/>
                <w:lang w:val="es-PE"/>
              </w:rPr>
              <w:t>☐</w:t>
            </w:r>
          </w:p>
        </w:tc>
        <w:tc>
          <w:tcPr>
            <w:tcW w:w="1460" w:type="dxa"/>
          </w:tcPr>
          <w:p w14:paraId="426D340E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</w:tr>
      <w:tr w:rsidR="0095521E" w:rsidRPr="009A020C" w14:paraId="44A04E3E" w14:textId="77777777">
        <w:trPr>
          <w:cantSplit/>
        </w:trPr>
        <w:tc>
          <w:tcPr>
            <w:tcW w:w="6200" w:type="dxa"/>
          </w:tcPr>
          <w:p w14:paraId="37F752F0" w14:textId="77777777" w:rsidR="0095521E" w:rsidRPr="009A020C" w:rsidRDefault="00000000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Arial" w:hAnsi="Arial" w:cs="Arial"/>
                <w:sz w:val="22"/>
                <w:lang w:val="es-PE"/>
              </w:rPr>
              <w:t>Verifiqué el reconocimiento en BIOS/UEFI o en el sistema operativo.</w:t>
            </w:r>
          </w:p>
        </w:tc>
        <w:tc>
          <w:tcPr>
            <w:tcW w:w="850" w:type="dxa"/>
          </w:tcPr>
          <w:p w14:paraId="26359662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Segoe UI Symbol" w:hAnsi="Segoe UI Symbol" w:cs="Segoe UI Symbol"/>
                <w:sz w:val="22"/>
                <w:lang w:val="es-PE"/>
              </w:rPr>
              <w:t>☐</w:t>
            </w:r>
          </w:p>
        </w:tc>
        <w:tc>
          <w:tcPr>
            <w:tcW w:w="850" w:type="dxa"/>
          </w:tcPr>
          <w:p w14:paraId="70D6F53B" w14:textId="77777777" w:rsidR="0095521E" w:rsidRPr="009A020C" w:rsidRDefault="00000000" w:rsidP="009A020C">
            <w:pPr>
              <w:spacing w:after="0"/>
              <w:jc w:val="center"/>
              <w:rPr>
                <w:rFonts w:ascii="Arial" w:hAnsi="Arial" w:cs="Arial"/>
                <w:sz w:val="22"/>
                <w:lang w:val="es-PE"/>
              </w:rPr>
            </w:pPr>
            <w:r w:rsidRPr="009A020C">
              <w:rPr>
                <w:rFonts w:ascii="Segoe UI Symbol" w:hAnsi="Segoe UI Symbol" w:cs="Segoe UI Symbol"/>
                <w:sz w:val="22"/>
                <w:lang w:val="es-PE"/>
              </w:rPr>
              <w:t>☐</w:t>
            </w:r>
          </w:p>
        </w:tc>
        <w:tc>
          <w:tcPr>
            <w:tcW w:w="1460" w:type="dxa"/>
          </w:tcPr>
          <w:p w14:paraId="018ACB27" w14:textId="77777777" w:rsidR="0095521E" w:rsidRPr="009A020C" w:rsidRDefault="0095521E" w:rsidP="009A020C">
            <w:pPr>
              <w:spacing w:after="0"/>
              <w:rPr>
                <w:rFonts w:ascii="Arial" w:hAnsi="Arial" w:cs="Arial"/>
                <w:sz w:val="22"/>
                <w:lang w:val="es-PE"/>
              </w:rPr>
            </w:pPr>
          </w:p>
        </w:tc>
      </w:tr>
    </w:tbl>
    <w:p w14:paraId="2ACA7987" w14:textId="77777777" w:rsidR="009A020C" w:rsidRDefault="009A020C" w:rsidP="009A020C">
      <w:pPr>
        <w:spacing w:after="0"/>
        <w:rPr>
          <w:rFonts w:ascii="Arial" w:hAnsi="Arial" w:cs="Arial"/>
          <w:sz w:val="22"/>
          <w:lang w:val="es-PE"/>
        </w:rPr>
      </w:pPr>
    </w:p>
    <w:p w14:paraId="54E66768" w14:textId="1699F14B" w:rsidR="0095521E" w:rsidRPr="009A020C" w:rsidRDefault="00000000" w:rsidP="009A020C">
      <w:pPr>
        <w:spacing w:after="0"/>
        <w:rPr>
          <w:rFonts w:ascii="Arial" w:hAnsi="Arial" w:cs="Arial"/>
          <w:b/>
          <w:bCs/>
          <w:sz w:val="22"/>
          <w:lang w:val="es-PE"/>
        </w:rPr>
      </w:pPr>
      <w:r w:rsidRPr="009A020C">
        <w:rPr>
          <w:rFonts w:ascii="Arial" w:hAnsi="Arial" w:cs="Arial"/>
          <w:b/>
          <w:bCs/>
          <w:sz w:val="22"/>
          <w:lang w:val="es-PE"/>
        </w:rPr>
        <w:lastRenderedPageBreak/>
        <w:t>8. Diagnóstico técnico</w:t>
      </w:r>
    </w:p>
    <w:p w14:paraId="2619DFA4" w14:textId="77777777" w:rsidR="0095521E" w:rsidRPr="009A020C" w:rsidRDefault="00000000" w:rsidP="009A020C">
      <w:pPr>
        <w:spacing w:after="0"/>
        <w:ind w:left="284"/>
        <w:rPr>
          <w:rFonts w:ascii="Arial" w:hAnsi="Arial" w:cs="Arial"/>
          <w:sz w:val="22"/>
          <w:lang w:val="es-PE"/>
        </w:rPr>
      </w:pPr>
      <w:r w:rsidRPr="009A020C">
        <w:rPr>
          <w:rFonts w:ascii="Arial" w:hAnsi="Arial" w:cs="Arial"/>
          <w:sz w:val="22"/>
          <w:lang w:val="es-PE"/>
        </w:rPr>
        <w:t>Después de instalar una nueva memoria, la computadora enciende, pero no muestra imagen y emite pitidos. Propón tres comprobaciones antes de concluir que el módulo está dañado.</w:t>
      </w:r>
    </w:p>
    <w:p w14:paraId="49A56EC5" w14:textId="77777777" w:rsidR="0095521E" w:rsidRPr="009A020C" w:rsidRDefault="00000000" w:rsidP="009A020C">
      <w:pPr>
        <w:spacing w:after="0"/>
        <w:ind w:left="284"/>
        <w:rPr>
          <w:rFonts w:ascii="Arial" w:hAnsi="Arial" w:cs="Arial"/>
          <w:sz w:val="22"/>
          <w:lang w:val="es-PE"/>
        </w:rPr>
      </w:pPr>
      <w:r w:rsidRPr="009A020C">
        <w:rPr>
          <w:rFonts w:ascii="Arial" w:hAnsi="Arial" w:cs="Arial"/>
          <w:sz w:val="22"/>
          <w:lang w:val="es-PE"/>
        </w:rPr>
        <w:t>1. ____________________________________________________________________________</w:t>
      </w:r>
    </w:p>
    <w:p w14:paraId="6A974D63" w14:textId="77777777" w:rsidR="0095521E" w:rsidRPr="009A020C" w:rsidRDefault="00000000" w:rsidP="009A020C">
      <w:pPr>
        <w:spacing w:after="0"/>
        <w:ind w:left="284"/>
        <w:rPr>
          <w:rFonts w:ascii="Arial" w:hAnsi="Arial" w:cs="Arial"/>
          <w:sz w:val="22"/>
          <w:lang w:val="es-PE"/>
        </w:rPr>
      </w:pPr>
      <w:r w:rsidRPr="009A020C">
        <w:rPr>
          <w:rFonts w:ascii="Arial" w:hAnsi="Arial" w:cs="Arial"/>
          <w:sz w:val="22"/>
          <w:lang w:val="es-PE"/>
        </w:rPr>
        <w:t>2. ____________________________________________________________________________</w:t>
      </w:r>
    </w:p>
    <w:p w14:paraId="4980B64A" w14:textId="77777777" w:rsidR="0095521E" w:rsidRPr="009A020C" w:rsidRDefault="00000000" w:rsidP="009A020C">
      <w:pPr>
        <w:spacing w:after="0"/>
        <w:ind w:left="284"/>
        <w:rPr>
          <w:rFonts w:ascii="Arial" w:hAnsi="Arial" w:cs="Arial"/>
          <w:sz w:val="22"/>
          <w:lang w:val="es-PE"/>
        </w:rPr>
      </w:pPr>
      <w:r w:rsidRPr="009A020C">
        <w:rPr>
          <w:rFonts w:ascii="Arial" w:hAnsi="Arial" w:cs="Arial"/>
          <w:sz w:val="22"/>
          <w:lang w:val="es-PE"/>
        </w:rPr>
        <w:t>3. ____________________________________________________________________________</w:t>
      </w:r>
    </w:p>
    <w:p w14:paraId="31091593" w14:textId="77777777" w:rsidR="00E7244C" w:rsidRDefault="00E7244C" w:rsidP="009A020C">
      <w:pPr>
        <w:spacing w:after="0"/>
        <w:rPr>
          <w:rFonts w:ascii="Arial" w:hAnsi="Arial" w:cs="Arial"/>
          <w:sz w:val="22"/>
          <w:lang w:val="es-PE"/>
        </w:rPr>
      </w:pPr>
    </w:p>
    <w:p w14:paraId="7F580968" w14:textId="68344260" w:rsidR="00E7244C" w:rsidRDefault="00E7244C" w:rsidP="009A020C">
      <w:pPr>
        <w:spacing w:after="0"/>
        <w:rPr>
          <w:rFonts w:ascii="Arial" w:hAnsi="Arial" w:cs="Arial"/>
          <w:sz w:val="22"/>
          <w:lang w:val="es-PE"/>
        </w:rPr>
      </w:pPr>
    </w:p>
    <w:p w14:paraId="09ADA0F0" w14:textId="7B79BD81" w:rsidR="0095521E" w:rsidRPr="00E7244C" w:rsidRDefault="00000000" w:rsidP="00E7244C">
      <w:pPr>
        <w:tabs>
          <w:tab w:val="left" w:pos="509"/>
        </w:tabs>
        <w:spacing w:after="0"/>
        <w:rPr>
          <w:rFonts w:ascii="Arial" w:hAnsi="Arial" w:cs="Arial"/>
          <w:b/>
          <w:bCs/>
          <w:sz w:val="22"/>
          <w:lang w:val="es-PE"/>
        </w:rPr>
      </w:pPr>
      <w:r w:rsidRPr="00E7244C">
        <w:rPr>
          <w:rFonts w:ascii="Arial" w:hAnsi="Arial" w:cs="Arial"/>
          <w:b/>
          <w:bCs/>
          <w:sz w:val="22"/>
          <w:lang w:val="es-PE"/>
        </w:rPr>
        <w:t>9. Comprobamos lo aprendido</w:t>
      </w:r>
    </w:p>
    <w:p w14:paraId="6503DC1F" w14:textId="519DE6A1" w:rsidR="0095521E" w:rsidRPr="00E7244C" w:rsidRDefault="00000000" w:rsidP="00E7244C">
      <w:pPr>
        <w:pStyle w:val="Prrafodelista"/>
        <w:numPr>
          <w:ilvl w:val="0"/>
          <w:numId w:val="10"/>
        </w:numPr>
        <w:spacing w:after="0"/>
        <w:ind w:left="709" w:hanging="425"/>
        <w:rPr>
          <w:rFonts w:ascii="Arial" w:hAnsi="Arial" w:cs="Arial"/>
          <w:sz w:val="22"/>
          <w:lang w:val="es-PE"/>
        </w:rPr>
      </w:pPr>
      <w:r w:rsidRPr="00E7244C">
        <w:rPr>
          <w:rFonts w:ascii="Arial" w:hAnsi="Arial" w:cs="Arial"/>
          <w:sz w:val="22"/>
          <w:lang w:val="es-PE"/>
        </w:rPr>
        <w:t>La memoria RAM almacena información de manera:</w:t>
      </w:r>
    </w:p>
    <w:p w14:paraId="60206F4C" w14:textId="2D7422DE" w:rsidR="0095521E" w:rsidRPr="00E7244C" w:rsidRDefault="00000000" w:rsidP="00E7244C">
      <w:pPr>
        <w:pStyle w:val="Prrafodelista"/>
        <w:spacing w:after="0"/>
        <w:ind w:left="709"/>
        <w:rPr>
          <w:rFonts w:ascii="Arial" w:hAnsi="Arial" w:cs="Arial"/>
          <w:sz w:val="22"/>
          <w:lang w:val="es-PE"/>
        </w:rPr>
      </w:pPr>
      <w:r w:rsidRPr="00E7244C">
        <w:rPr>
          <w:rFonts w:ascii="Segoe UI Symbol" w:hAnsi="Segoe UI Symbol" w:cs="Segoe UI Symbol"/>
          <w:sz w:val="22"/>
          <w:lang w:val="es-PE"/>
        </w:rPr>
        <w:t>☐</w:t>
      </w:r>
      <w:r w:rsidRPr="00E7244C">
        <w:rPr>
          <w:rFonts w:ascii="Arial" w:hAnsi="Arial" w:cs="Arial"/>
          <w:sz w:val="22"/>
          <w:lang w:val="es-PE"/>
        </w:rPr>
        <w:t xml:space="preserve"> a) Permanente     </w:t>
      </w:r>
      <w:r w:rsidRPr="00E7244C">
        <w:rPr>
          <w:rFonts w:ascii="Segoe UI Symbol" w:hAnsi="Segoe UI Symbol" w:cs="Segoe UI Symbol"/>
          <w:sz w:val="22"/>
          <w:lang w:val="es-PE"/>
        </w:rPr>
        <w:t>☐</w:t>
      </w:r>
      <w:r w:rsidRPr="00E7244C">
        <w:rPr>
          <w:rFonts w:ascii="Arial" w:hAnsi="Arial" w:cs="Arial"/>
          <w:sz w:val="22"/>
          <w:lang w:val="es-PE"/>
        </w:rPr>
        <w:t xml:space="preserve"> b) Temporal     </w:t>
      </w:r>
      <w:r w:rsidRPr="00E7244C">
        <w:rPr>
          <w:rFonts w:ascii="Segoe UI Symbol" w:hAnsi="Segoe UI Symbol" w:cs="Segoe UI Symbol"/>
          <w:sz w:val="22"/>
          <w:lang w:val="es-PE"/>
        </w:rPr>
        <w:t>☐</w:t>
      </w:r>
      <w:r w:rsidRPr="00E7244C">
        <w:rPr>
          <w:rFonts w:ascii="Arial" w:hAnsi="Arial" w:cs="Arial"/>
          <w:sz w:val="22"/>
          <w:lang w:val="es-PE"/>
        </w:rPr>
        <w:t xml:space="preserve"> c) Óptica     </w:t>
      </w:r>
      <w:r w:rsidRPr="00E7244C">
        <w:rPr>
          <w:rFonts w:ascii="Segoe UI Symbol" w:hAnsi="Segoe UI Symbol" w:cs="Segoe UI Symbol"/>
          <w:sz w:val="22"/>
          <w:lang w:val="es-PE"/>
        </w:rPr>
        <w:t>☐</w:t>
      </w:r>
      <w:r w:rsidRPr="00E7244C">
        <w:rPr>
          <w:rFonts w:ascii="Arial" w:hAnsi="Arial" w:cs="Arial"/>
          <w:sz w:val="22"/>
          <w:lang w:val="es-PE"/>
        </w:rPr>
        <w:t xml:space="preserve"> d) Mecánica</w:t>
      </w:r>
    </w:p>
    <w:p w14:paraId="575A8EE0" w14:textId="53929AB8" w:rsidR="0095521E" w:rsidRPr="00E7244C" w:rsidRDefault="00000000" w:rsidP="00E7244C">
      <w:pPr>
        <w:pStyle w:val="Prrafodelista"/>
        <w:numPr>
          <w:ilvl w:val="0"/>
          <w:numId w:val="10"/>
        </w:numPr>
        <w:spacing w:after="0"/>
        <w:ind w:left="709" w:hanging="425"/>
        <w:rPr>
          <w:rFonts w:ascii="Arial" w:hAnsi="Arial" w:cs="Arial"/>
          <w:sz w:val="22"/>
          <w:lang w:val="es-PE"/>
        </w:rPr>
      </w:pPr>
      <w:r w:rsidRPr="00E7244C">
        <w:rPr>
          <w:rFonts w:ascii="Arial" w:hAnsi="Arial" w:cs="Arial"/>
          <w:sz w:val="22"/>
          <w:lang w:val="es-PE"/>
        </w:rPr>
        <w:t>La muesca del módulo RAM sirve principalmente para:</w:t>
      </w:r>
    </w:p>
    <w:p w14:paraId="4828002A" w14:textId="1B3ADB01" w:rsidR="0095521E" w:rsidRPr="00E7244C" w:rsidRDefault="00000000" w:rsidP="00E7244C">
      <w:pPr>
        <w:pStyle w:val="Prrafodelista"/>
        <w:spacing w:after="0"/>
        <w:ind w:left="709"/>
        <w:rPr>
          <w:rFonts w:ascii="Arial" w:hAnsi="Arial" w:cs="Arial"/>
          <w:sz w:val="22"/>
          <w:lang w:val="es-PE"/>
        </w:rPr>
      </w:pPr>
      <w:r w:rsidRPr="00E7244C">
        <w:rPr>
          <w:rFonts w:ascii="Segoe UI Symbol" w:hAnsi="Segoe UI Symbol" w:cs="Segoe UI Symbol"/>
          <w:sz w:val="22"/>
          <w:lang w:val="es-PE"/>
        </w:rPr>
        <w:t>☐</w:t>
      </w:r>
      <w:r w:rsidRPr="00E7244C">
        <w:rPr>
          <w:rFonts w:ascii="Arial" w:hAnsi="Arial" w:cs="Arial"/>
          <w:sz w:val="22"/>
          <w:lang w:val="es-PE"/>
        </w:rPr>
        <w:t xml:space="preserve"> a) Decorar el módulo     </w:t>
      </w:r>
      <w:r w:rsidRPr="00E7244C">
        <w:rPr>
          <w:rFonts w:ascii="Segoe UI Symbol" w:hAnsi="Segoe UI Symbol" w:cs="Segoe UI Symbol"/>
          <w:sz w:val="22"/>
          <w:lang w:val="es-PE"/>
        </w:rPr>
        <w:t>☐</w:t>
      </w:r>
      <w:r w:rsidRPr="00E7244C">
        <w:rPr>
          <w:rFonts w:ascii="Arial" w:hAnsi="Arial" w:cs="Arial"/>
          <w:sz w:val="22"/>
          <w:lang w:val="es-PE"/>
        </w:rPr>
        <w:t xml:space="preserve"> b) Medir su capacidad     </w:t>
      </w:r>
      <w:r w:rsidRPr="00E7244C">
        <w:rPr>
          <w:rFonts w:ascii="Segoe UI Symbol" w:hAnsi="Segoe UI Symbol" w:cs="Segoe UI Symbol"/>
          <w:sz w:val="22"/>
          <w:lang w:val="es-PE"/>
        </w:rPr>
        <w:t>☐</w:t>
      </w:r>
      <w:r w:rsidRPr="00E7244C">
        <w:rPr>
          <w:rFonts w:ascii="Arial" w:hAnsi="Arial" w:cs="Arial"/>
          <w:sz w:val="22"/>
          <w:lang w:val="es-PE"/>
        </w:rPr>
        <w:t xml:space="preserve"> c) Orientar y evitar una instalación incompatible     </w:t>
      </w:r>
      <w:r w:rsidRPr="00E7244C">
        <w:rPr>
          <w:rFonts w:ascii="Segoe UI Symbol" w:hAnsi="Segoe UI Symbol" w:cs="Segoe UI Symbol"/>
          <w:sz w:val="22"/>
          <w:lang w:val="es-PE"/>
        </w:rPr>
        <w:t>☐</w:t>
      </w:r>
      <w:r w:rsidRPr="00E7244C">
        <w:rPr>
          <w:rFonts w:ascii="Arial" w:hAnsi="Arial" w:cs="Arial"/>
          <w:sz w:val="22"/>
          <w:lang w:val="es-PE"/>
        </w:rPr>
        <w:t xml:space="preserve"> d) Sujetar el disipador</w:t>
      </w:r>
    </w:p>
    <w:p w14:paraId="419B2E77" w14:textId="1F477E7C" w:rsidR="0095521E" w:rsidRPr="00E7244C" w:rsidRDefault="00000000" w:rsidP="00E7244C">
      <w:pPr>
        <w:pStyle w:val="Prrafodelista"/>
        <w:numPr>
          <w:ilvl w:val="0"/>
          <w:numId w:val="10"/>
        </w:numPr>
        <w:spacing w:after="0"/>
        <w:ind w:left="709" w:hanging="425"/>
        <w:rPr>
          <w:rFonts w:ascii="Arial" w:hAnsi="Arial" w:cs="Arial"/>
          <w:sz w:val="22"/>
          <w:lang w:val="es-PE"/>
        </w:rPr>
      </w:pPr>
      <w:r w:rsidRPr="00E7244C">
        <w:rPr>
          <w:rFonts w:ascii="Arial" w:hAnsi="Arial" w:cs="Arial"/>
          <w:sz w:val="22"/>
          <w:lang w:val="es-PE"/>
        </w:rPr>
        <w:t>El formato usado principalmente en laptops es:</w:t>
      </w:r>
    </w:p>
    <w:p w14:paraId="79525196" w14:textId="387F1DC2" w:rsidR="0095521E" w:rsidRPr="00E7244C" w:rsidRDefault="00000000" w:rsidP="00E7244C">
      <w:pPr>
        <w:pStyle w:val="Prrafodelista"/>
        <w:spacing w:after="0"/>
        <w:ind w:left="709"/>
        <w:rPr>
          <w:rFonts w:ascii="Arial" w:hAnsi="Arial" w:cs="Arial"/>
          <w:sz w:val="22"/>
          <w:lang w:val="es-PE"/>
        </w:rPr>
      </w:pPr>
      <w:r w:rsidRPr="00E7244C">
        <w:rPr>
          <w:rFonts w:ascii="Segoe UI Symbol" w:hAnsi="Segoe UI Symbol" w:cs="Segoe UI Symbol"/>
          <w:sz w:val="22"/>
          <w:lang w:val="es-PE"/>
        </w:rPr>
        <w:t>☐</w:t>
      </w:r>
      <w:r w:rsidRPr="00E7244C">
        <w:rPr>
          <w:rFonts w:ascii="Arial" w:hAnsi="Arial" w:cs="Arial"/>
          <w:sz w:val="22"/>
          <w:lang w:val="es-PE"/>
        </w:rPr>
        <w:t xml:space="preserve"> a) DIMM     </w:t>
      </w:r>
      <w:r w:rsidRPr="00E7244C">
        <w:rPr>
          <w:rFonts w:ascii="Segoe UI Symbol" w:hAnsi="Segoe UI Symbol" w:cs="Segoe UI Symbol"/>
          <w:sz w:val="22"/>
          <w:lang w:val="es-PE"/>
        </w:rPr>
        <w:t>☐</w:t>
      </w:r>
      <w:r w:rsidRPr="00E7244C">
        <w:rPr>
          <w:rFonts w:ascii="Arial" w:hAnsi="Arial" w:cs="Arial"/>
          <w:sz w:val="22"/>
          <w:lang w:val="es-PE"/>
        </w:rPr>
        <w:t xml:space="preserve"> b) SO-DIMM     </w:t>
      </w:r>
      <w:r w:rsidRPr="00E7244C">
        <w:rPr>
          <w:rFonts w:ascii="Segoe UI Symbol" w:hAnsi="Segoe UI Symbol" w:cs="Segoe UI Symbol"/>
          <w:sz w:val="22"/>
          <w:lang w:val="es-PE"/>
        </w:rPr>
        <w:t>☐</w:t>
      </w:r>
      <w:r w:rsidRPr="00E7244C">
        <w:rPr>
          <w:rFonts w:ascii="Arial" w:hAnsi="Arial" w:cs="Arial"/>
          <w:sz w:val="22"/>
          <w:lang w:val="es-PE"/>
        </w:rPr>
        <w:t xml:space="preserve"> c) ATX     </w:t>
      </w:r>
      <w:r w:rsidRPr="00E7244C">
        <w:rPr>
          <w:rFonts w:ascii="Segoe UI Symbol" w:hAnsi="Segoe UI Symbol" w:cs="Segoe UI Symbol"/>
          <w:sz w:val="22"/>
          <w:lang w:val="es-PE"/>
        </w:rPr>
        <w:t>☐</w:t>
      </w:r>
      <w:r w:rsidRPr="00E7244C">
        <w:rPr>
          <w:rFonts w:ascii="Arial" w:hAnsi="Arial" w:cs="Arial"/>
          <w:sz w:val="22"/>
          <w:lang w:val="es-PE"/>
        </w:rPr>
        <w:t xml:space="preserve"> d) SATA</w:t>
      </w:r>
    </w:p>
    <w:p w14:paraId="6610D6D5" w14:textId="4E6DF1EC" w:rsidR="0095521E" w:rsidRPr="00E7244C" w:rsidRDefault="00000000" w:rsidP="00E7244C">
      <w:pPr>
        <w:pStyle w:val="Prrafodelista"/>
        <w:numPr>
          <w:ilvl w:val="0"/>
          <w:numId w:val="10"/>
        </w:numPr>
        <w:spacing w:after="0"/>
        <w:ind w:left="709" w:hanging="425"/>
        <w:rPr>
          <w:rFonts w:ascii="Arial" w:hAnsi="Arial" w:cs="Arial"/>
          <w:sz w:val="22"/>
          <w:lang w:val="es-PE"/>
        </w:rPr>
      </w:pPr>
      <w:r w:rsidRPr="00E7244C">
        <w:rPr>
          <w:rFonts w:ascii="Arial" w:hAnsi="Arial" w:cs="Arial"/>
          <w:sz w:val="22"/>
          <w:lang w:val="es-PE"/>
        </w:rPr>
        <w:t>Antes de instalar RAM se debe:</w:t>
      </w:r>
    </w:p>
    <w:p w14:paraId="2F0EA696" w14:textId="22C72DFF" w:rsidR="0095521E" w:rsidRPr="00E7244C" w:rsidRDefault="00000000" w:rsidP="00E7244C">
      <w:pPr>
        <w:pStyle w:val="Prrafodelista"/>
        <w:spacing w:after="0"/>
        <w:ind w:left="709"/>
        <w:rPr>
          <w:rFonts w:ascii="Arial" w:hAnsi="Arial" w:cs="Arial"/>
          <w:sz w:val="22"/>
          <w:lang w:val="es-PE"/>
        </w:rPr>
      </w:pPr>
      <w:r w:rsidRPr="00E7244C">
        <w:rPr>
          <w:rFonts w:ascii="Segoe UI Symbol" w:hAnsi="Segoe UI Symbol" w:cs="Segoe UI Symbol"/>
          <w:sz w:val="22"/>
          <w:lang w:val="es-PE"/>
        </w:rPr>
        <w:t>☐</w:t>
      </w:r>
      <w:r w:rsidRPr="00E7244C">
        <w:rPr>
          <w:rFonts w:ascii="Arial" w:hAnsi="Arial" w:cs="Arial"/>
          <w:sz w:val="22"/>
          <w:lang w:val="es-PE"/>
        </w:rPr>
        <w:t xml:space="preserve"> a) Dejar conectado el equipo     </w:t>
      </w:r>
      <w:r w:rsidRPr="00E7244C">
        <w:rPr>
          <w:rFonts w:ascii="Segoe UI Symbol" w:hAnsi="Segoe UI Symbol" w:cs="Segoe UI Symbol"/>
          <w:sz w:val="22"/>
          <w:lang w:val="es-PE"/>
        </w:rPr>
        <w:t>☐</w:t>
      </w:r>
      <w:r w:rsidRPr="00E7244C">
        <w:rPr>
          <w:rFonts w:ascii="Arial" w:hAnsi="Arial" w:cs="Arial"/>
          <w:sz w:val="22"/>
          <w:lang w:val="es-PE"/>
        </w:rPr>
        <w:t xml:space="preserve"> b) Tocar los contactos dorados     </w:t>
      </w:r>
      <w:r w:rsidRPr="00E7244C">
        <w:rPr>
          <w:rFonts w:ascii="Segoe UI Symbol" w:hAnsi="Segoe UI Symbol" w:cs="Segoe UI Symbol"/>
          <w:sz w:val="22"/>
          <w:lang w:val="es-PE"/>
        </w:rPr>
        <w:t>☐</w:t>
      </w:r>
      <w:r w:rsidRPr="00E7244C">
        <w:rPr>
          <w:rFonts w:ascii="Arial" w:hAnsi="Arial" w:cs="Arial"/>
          <w:sz w:val="22"/>
          <w:lang w:val="es-PE"/>
        </w:rPr>
        <w:t xml:space="preserve"> c) Apagar, desconectar y controlar la estática     </w:t>
      </w:r>
      <w:r w:rsidRPr="00E7244C">
        <w:rPr>
          <w:rFonts w:ascii="Segoe UI Symbol" w:hAnsi="Segoe UI Symbol" w:cs="Segoe UI Symbol"/>
          <w:sz w:val="22"/>
          <w:lang w:val="es-PE"/>
        </w:rPr>
        <w:t>☐</w:t>
      </w:r>
      <w:r w:rsidRPr="00E7244C">
        <w:rPr>
          <w:rFonts w:ascii="Arial" w:hAnsi="Arial" w:cs="Arial"/>
          <w:sz w:val="22"/>
          <w:lang w:val="es-PE"/>
        </w:rPr>
        <w:t xml:space="preserve"> d) Forzar la ranura</w:t>
      </w:r>
    </w:p>
    <w:p w14:paraId="60198FF9" w14:textId="07E54A86" w:rsidR="0095521E" w:rsidRPr="00E7244C" w:rsidRDefault="00000000" w:rsidP="00E7244C">
      <w:pPr>
        <w:pStyle w:val="Prrafodelista"/>
        <w:numPr>
          <w:ilvl w:val="0"/>
          <w:numId w:val="10"/>
        </w:numPr>
        <w:spacing w:after="0"/>
        <w:ind w:left="709" w:hanging="425"/>
        <w:rPr>
          <w:rFonts w:ascii="Arial" w:hAnsi="Arial" w:cs="Arial"/>
          <w:sz w:val="22"/>
          <w:lang w:val="es-PE"/>
        </w:rPr>
      </w:pPr>
      <w:r w:rsidRPr="00E7244C">
        <w:rPr>
          <w:rFonts w:ascii="Arial" w:hAnsi="Arial" w:cs="Arial"/>
          <w:sz w:val="22"/>
          <w:lang w:val="es-PE"/>
        </w:rPr>
        <w:t>Para usar dos módulos en Dual Channel debemos:</w:t>
      </w:r>
    </w:p>
    <w:p w14:paraId="4FB5283C" w14:textId="60EE41D3" w:rsidR="0095521E" w:rsidRDefault="00000000" w:rsidP="00E7244C">
      <w:pPr>
        <w:pStyle w:val="Prrafodelista"/>
        <w:spacing w:after="0"/>
        <w:ind w:left="709"/>
        <w:rPr>
          <w:rFonts w:ascii="Arial" w:hAnsi="Arial" w:cs="Arial"/>
          <w:sz w:val="22"/>
          <w:lang w:val="es-PE"/>
        </w:rPr>
      </w:pPr>
      <w:r w:rsidRPr="00E7244C">
        <w:rPr>
          <w:rFonts w:ascii="Segoe UI Symbol" w:hAnsi="Segoe UI Symbol" w:cs="Segoe UI Symbol"/>
          <w:sz w:val="22"/>
          <w:lang w:val="es-PE"/>
        </w:rPr>
        <w:t>☐</w:t>
      </w:r>
      <w:r w:rsidRPr="00E7244C">
        <w:rPr>
          <w:rFonts w:ascii="Arial" w:hAnsi="Arial" w:cs="Arial"/>
          <w:sz w:val="22"/>
          <w:lang w:val="es-PE"/>
        </w:rPr>
        <w:t xml:space="preserve"> a) Colocarlos al azar     </w:t>
      </w:r>
      <w:r w:rsidRPr="00E7244C">
        <w:rPr>
          <w:rFonts w:ascii="Segoe UI Symbol" w:hAnsi="Segoe UI Symbol" w:cs="Segoe UI Symbol"/>
          <w:sz w:val="22"/>
          <w:lang w:val="es-PE"/>
        </w:rPr>
        <w:t>☐</w:t>
      </w:r>
      <w:r w:rsidRPr="00E7244C">
        <w:rPr>
          <w:rFonts w:ascii="Arial" w:hAnsi="Arial" w:cs="Arial"/>
          <w:sz w:val="22"/>
          <w:lang w:val="es-PE"/>
        </w:rPr>
        <w:t xml:space="preserve"> b) Revisar el manual de la placa madre     </w:t>
      </w:r>
      <w:r w:rsidRPr="00E7244C">
        <w:rPr>
          <w:rFonts w:ascii="Segoe UI Symbol" w:hAnsi="Segoe UI Symbol" w:cs="Segoe UI Symbol"/>
          <w:sz w:val="22"/>
          <w:lang w:val="es-PE"/>
        </w:rPr>
        <w:t>☐</w:t>
      </w:r>
      <w:r w:rsidRPr="00E7244C">
        <w:rPr>
          <w:rFonts w:ascii="Arial" w:hAnsi="Arial" w:cs="Arial"/>
          <w:sz w:val="22"/>
          <w:lang w:val="es-PE"/>
        </w:rPr>
        <w:t xml:space="preserve"> c) Usar generaciones diferentes     </w:t>
      </w:r>
      <w:r w:rsidRPr="00E7244C">
        <w:rPr>
          <w:rFonts w:ascii="Segoe UI Symbol" w:hAnsi="Segoe UI Symbol" w:cs="Segoe UI Symbol"/>
          <w:sz w:val="22"/>
          <w:lang w:val="es-PE"/>
        </w:rPr>
        <w:t>☐</w:t>
      </w:r>
      <w:r w:rsidRPr="00E7244C">
        <w:rPr>
          <w:rFonts w:ascii="Arial" w:hAnsi="Arial" w:cs="Arial"/>
          <w:sz w:val="22"/>
          <w:lang w:val="es-PE"/>
        </w:rPr>
        <w:t xml:space="preserve"> d) Retirar el procesador</w:t>
      </w:r>
    </w:p>
    <w:p w14:paraId="52122FCE" w14:textId="666A07AC" w:rsidR="00E7244C" w:rsidRPr="00E7244C" w:rsidRDefault="00E7244C" w:rsidP="00E7244C">
      <w:pPr>
        <w:pStyle w:val="Prrafodelista"/>
        <w:spacing w:after="0"/>
        <w:ind w:left="709"/>
        <w:rPr>
          <w:rFonts w:ascii="Arial" w:hAnsi="Arial" w:cs="Arial"/>
          <w:sz w:val="22"/>
          <w:lang w:val="es-PE"/>
        </w:rPr>
      </w:pPr>
    </w:p>
    <w:p w14:paraId="73D56B66" w14:textId="162530BB" w:rsidR="0095521E" w:rsidRPr="00E7244C" w:rsidRDefault="00000000" w:rsidP="009A020C">
      <w:pPr>
        <w:spacing w:after="0"/>
        <w:rPr>
          <w:rFonts w:ascii="Arial" w:hAnsi="Arial" w:cs="Arial"/>
          <w:b/>
          <w:bCs/>
          <w:sz w:val="22"/>
          <w:lang w:val="es-PE"/>
        </w:rPr>
      </w:pPr>
      <w:r w:rsidRPr="00E7244C">
        <w:rPr>
          <w:rFonts w:ascii="Arial" w:hAnsi="Arial" w:cs="Arial"/>
          <w:b/>
          <w:bCs/>
          <w:sz w:val="22"/>
          <w:lang w:val="es-PE"/>
        </w:rPr>
        <w:t>10. Aplicamos a una situación real</w:t>
      </w:r>
    </w:p>
    <w:p w14:paraId="5D860D95" w14:textId="1375981F" w:rsidR="0095521E" w:rsidRPr="009A020C" w:rsidRDefault="00000000" w:rsidP="00E7244C">
      <w:pPr>
        <w:spacing w:after="0"/>
        <w:ind w:left="284"/>
        <w:jc w:val="both"/>
        <w:rPr>
          <w:rFonts w:ascii="Arial" w:hAnsi="Arial" w:cs="Arial"/>
          <w:sz w:val="22"/>
          <w:lang w:val="es-PE"/>
        </w:rPr>
      </w:pPr>
      <w:r w:rsidRPr="009A020C">
        <w:rPr>
          <w:rFonts w:ascii="Arial" w:hAnsi="Arial" w:cs="Arial"/>
          <w:sz w:val="22"/>
          <w:lang w:val="es-PE"/>
        </w:rPr>
        <w:t>Un cliente tiene una PC con 8 GB DDR4 y desea mejorarla para edición de imágenes y varias aplicaciones abiertas. La placa admite hasta 32 GB DDR4 en dos ranuras. Propón una ampliación y justifica tu decisión considerando capacidad, compatibilidad y Dual Channel.</w:t>
      </w:r>
    </w:p>
    <w:p w14:paraId="7AC3EBC3" w14:textId="7EECBF28" w:rsidR="0095521E" w:rsidRPr="009A020C" w:rsidRDefault="00000000" w:rsidP="00E7244C">
      <w:pPr>
        <w:spacing w:after="0"/>
        <w:ind w:left="426"/>
        <w:rPr>
          <w:rFonts w:ascii="Arial" w:hAnsi="Arial" w:cs="Arial"/>
          <w:sz w:val="22"/>
        </w:rPr>
      </w:pPr>
      <w:r w:rsidRPr="009A020C">
        <w:rPr>
          <w:rFonts w:ascii="Arial" w:hAnsi="Arial" w:cs="Arial"/>
          <w:sz w:val="22"/>
        </w:rPr>
        <w:t>_____________________________________________________________________________</w:t>
      </w:r>
    </w:p>
    <w:p w14:paraId="4938817D" w14:textId="6D86E0D7" w:rsidR="0095521E" w:rsidRPr="009A020C" w:rsidRDefault="00000000" w:rsidP="00E7244C">
      <w:pPr>
        <w:spacing w:after="0"/>
        <w:ind w:left="426"/>
        <w:rPr>
          <w:rFonts w:ascii="Arial" w:hAnsi="Arial" w:cs="Arial"/>
          <w:sz w:val="22"/>
        </w:rPr>
      </w:pPr>
      <w:r w:rsidRPr="009A020C">
        <w:rPr>
          <w:rFonts w:ascii="Arial" w:hAnsi="Arial" w:cs="Arial"/>
          <w:sz w:val="22"/>
        </w:rPr>
        <w:t>______________________________________________________________________________</w:t>
      </w:r>
    </w:p>
    <w:p w14:paraId="17CC76BF" w14:textId="732B046B" w:rsidR="0095521E" w:rsidRPr="009A020C" w:rsidRDefault="00000000" w:rsidP="00E7244C">
      <w:pPr>
        <w:spacing w:after="0"/>
        <w:ind w:left="426"/>
        <w:rPr>
          <w:rFonts w:ascii="Arial" w:hAnsi="Arial" w:cs="Arial"/>
          <w:sz w:val="22"/>
        </w:rPr>
      </w:pPr>
      <w:r w:rsidRPr="009A020C">
        <w:rPr>
          <w:rFonts w:ascii="Arial" w:hAnsi="Arial" w:cs="Arial"/>
          <w:sz w:val="22"/>
        </w:rPr>
        <w:t>______________________________________________________________________________</w:t>
      </w:r>
    </w:p>
    <w:p w14:paraId="19F44B2A" w14:textId="2BCB2391" w:rsidR="0095521E" w:rsidRPr="009A020C" w:rsidRDefault="00E7244C" w:rsidP="00E7244C">
      <w:pPr>
        <w:spacing w:after="0"/>
        <w:ind w:left="426"/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22"/>
        </w:rPr>
        <w:drawing>
          <wp:anchor distT="0" distB="0" distL="114300" distR="114300" simplePos="0" relativeHeight="251659776" behindDoc="0" locked="0" layoutInCell="1" allowOverlap="1" wp14:anchorId="26BFBA0E" wp14:editId="1A1BC5FC">
            <wp:simplePos x="0" y="0"/>
            <wp:positionH relativeFrom="column">
              <wp:posOffset>1104499</wp:posOffset>
            </wp:positionH>
            <wp:positionV relativeFrom="paragraph">
              <wp:posOffset>340995</wp:posOffset>
            </wp:positionV>
            <wp:extent cx="4299283" cy="3224463"/>
            <wp:effectExtent l="0" t="0" r="6350" b="0"/>
            <wp:wrapNone/>
            <wp:docPr id="190024201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242015" name="Imagen 190024201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04347" cy="32282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 w:rsidRPr="009A020C">
        <w:rPr>
          <w:rFonts w:ascii="Arial" w:hAnsi="Arial" w:cs="Arial"/>
          <w:sz w:val="22"/>
        </w:rPr>
        <w:t>______________________________________________________________________________</w:t>
      </w:r>
    </w:p>
    <w:sectPr w:rsidR="0095521E" w:rsidRPr="009A020C" w:rsidSect="00034616">
      <w:pgSz w:w="12240" w:h="15840"/>
      <w:pgMar w:top="936" w:right="1080" w:bottom="936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F9F7B" w14:textId="77777777" w:rsidR="00367C72" w:rsidRDefault="00367C72">
      <w:pPr>
        <w:spacing w:after="0" w:line="240" w:lineRule="auto"/>
      </w:pPr>
      <w:r>
        <w:separator/>
      </w:r>
    </w:p>
  </w:endnote>
  <w:endnote w:type="continuationSeparator" w:id="0">
    <w:p w14:paraId="7B53E230" w14:textId="77777777" w:rsidR="00367C72" w:rsidRDefault="00367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48E51" w14:textId="77777777" w:rsidR="00367C72" w:rsidRDefault="00367C72">
      <w:pPr>
        <w:spacing w:after="0" w:line="240" w:lineRule="auto"/>
      </w:pPr>
      <w:r>
        <w:separator/>
      </w:r>
    </w:p>
  </w:footnote>
  <w:footnote w:type="continuationSeparator" w:id="0">
    <w:p w14:paraId="1F5F1BDB" w14:textId="77777777" w:rsidR="00367C72" w:rsidRDefault="00367C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B402BF9"/>
    <w:multiLevelType w:val="hybridMultilevel"/>
    <w:tmpl w:val="790E85EA"/>
    <w:lvl w:ilvl="0" w:tplc="741E3BF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364" w:hanging="360"/>
      </w:pPr>
    </w:lvl>
    <w:lvl w:ilvl="2" w:tplc="280A001B" w:tentative="1">
      <w:start w:val="1"/>
      <w:numFmt w:val="lowerRoman"/>
      <w:lvlText w:val="%3."/>
      <w:lvlJc w:val="right"/>
      <w:pPr>
        <w:ind w:left="2084" w:hanging="180"/>
      </w:pPr>
    </w:lvl>
    <w:lvl w:ilvl="3" w:tplc="280A000F" w:tentative="1">
      <w:start w:val="1"/>
      <w:numFmt w:val="decimal"/>
      <w:lvlText w:val="%4."/>
      <w:lvlJc w:val="left"/>
      <w:pPr>
        <w:ind w:left="2804" w:hanging="360"/>
      </w:pPr>
    </w:lvl>
    <w:lvl w:ilvl="4" w:tplc="280A0019" w:tentative="1">
      <w:start w:val="1"/>
      <w:numFmt w:val="lowerLetter"/>
      <w:lvlText w:val="%5."/>
      <w:lvlJc w:val="left"/>
      <w:pPr>
        <w:ind w:left="3524" w:hanging="360"/>
      </w:pPr>
    </w:lvl>
    <w:lvl w:ilvl="5" w:tplc="280A001B" w:tentative="1">
      <w:start w:val="1"/>
      <w:numFmt w:val="lowerRoman"/>
      <w:lvlText w:val="%6."/>
      <w:lvlJc w:val="right"/>
      <w:pPr>
        <w:ind w:left="4244" w:hanging="180"/>
      </w:pPr>
    </w:lvl>
    <w:lvl w:ilvl="6" w:tplc="280A000F" w:tentative="1">
      <w:start w:val="1"/>
      <w:numFmt w:val="decimal"/>
      <w:lvlText w:val="%7."/>
      <w:lvlJc w:val="left"/>
      <w:pPr>
        <w:ind w:left="4964" w:hanging="360"/>
      </w:pPr>
    </w:lvl>
    <w:lvl w:ilvl="7" w:tplc="280A0019" w:tentative="1">
      <w:start w:val="1"/>
      <w:numFmt w:val="lowerLetter"/>
      <w:lvlText w:val="%8."/>
      <w:lvlJc w:val="left"/>
      <w:pPr>
        <w:ind w:left="5684" w:hanging="360"/>
      </w:pPr>
    </w:lvl>
    <w:lvl w:ilvl="8" w:tplc="2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3561CCD"/>
    <w:multiLevelType w:val="hybridMultilevel"/>
    <w:tmpl w:val="30F69870"/>
    <w:lvl w:ilvl="0" w:tplc="2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273320127">
    <w:abstractNumId w:val="8"/>
  </w:num>
  <w:num w:numId="2" w16cid:durableId="611090382">
    <w:abstractNumId w:val="6"/>
  </w:num>
  <w:num w:numId="3" w16cid:durableId="659430712">
    <w:abstractNumId w:val="5"/>
  </w:num>
  <w:num w:numId="4" w16cid:durableId="1391417875">
    <w:abstractNumId w:val="4"/>
  </w:num>
  <w:num w:numId="5" w16cid:durableId="1411656789">
    <w:abstractNumId w:val="7"/>
  </w:num>
  <w:num w:numId="6" w16cid:durableId="411313615">
    <w:abstractNumId w:val="3"/>
  </w:num>
  <w:num w:numId="7" w16cid:durableId="708914632">
    <w:abstractNumId w:val="2"/>
  </w:num>
  <w:num w:numId="8" w16cid:durableId="2077970711">
    <w:abstractNumId w:val="1"/>
  </w:num>
  <w:num w:numId="9" w16cid:durableId="1353603800">
    <w:abstractNumId w:val="0"/>
  </w:num>
  <w:num w:numId="10" w16cid:durableId="734470735">
    <w:abstractNumId w:val="10"/>
  </w:num>
  <w:num w:numId="11" w16cid:durableId="1247809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67C72"/>
    <w:rsid w:val="004E3B1C"/>
    <w:rsid w:val="0095521E"/>
    <w:rsid w:val="009A020C"/>
    <w:rsid w:val="00AA1D8D"/>
    <w:rsid w:val="00B47730"/>
    <w:rsid w:val="00B743D6"/>
    <w:rsid w:val="00CB0664"/>
    <w:rsid w:val="00E7244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05DB9A6"/>
  <w14:defaultImageDpi w14:val="300"/>
  <w15:docId w15:val="{C3022E2A-BDD7-464C-827B-A24461E51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7365D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17365D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ind w:hanging="216"/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832</Words>
  <Characters>4576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Ficha de actividades: Memoria RAM</vt:lpstr>
      <vt:lpstr/>
    </vt:vector>
  </TitlesOfParts>
  <Manager/>
  <Company/>
  <LinksUpToDate>false</LinksUpToDate>
  <CharactersWithSpaces>5398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actividades: Memoria RAM</dc:title>
  <dc:subject>5.º de educación secundaria - EPT Computación e Informática</dc:subject>
  <dc:creator>Freddy Hervias Vargas</dc:creator>
  <cp:keywords/>
  <dc:description>generated by python-docx</dc:description>
  <cp:lastModifiedBy>LENOVO</cp:lastModifiedBy>
  <cp:revision>2</cp:revision>
  <dcterms:created xsi:type="dcterms:W3CDTF">2026-09-02T03:39:00Z</dcterms:created>
  <dcterms:modified xsi:type="dcterms:W3CDTF">2026-09-02T03:39:00Z</dcterms:modified>
  <cp:category/>
</cp:coreProperties>
</file>